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240" w:after="0"/>
        <w:ind w:firstLine="0" w:left="0" w:right="0"/>
        <w:jc w:val="center"/>
      </w:pPr>
      <w:r>
        <w:rPr>
          <w:rFonts w:ascii="Arial" w:hAnsi="Arial"/>
          <w:b/>
          <w:color w:val="000000"/>
          <w:sz w:val="56"/>
        </w:rPr>
        <w:t>FORTUNE’S WAY</w:t>
      </w:r>
    </w:p>
    <w:p>
      <w:pPr>
        <w:keepNext/>
        <w:spacing w:before="160" w:after="0"/>
        <w:ind w:firstLine="0" w:left="0" w:right="0"/>
        <w:jc w:val="center"/>
      </w:pPr>
      <w:r>
        <w:rPr>
          <w:rFonts w:ascii="Times New Roman" w:hAnsi="Times New Roman"/>
          <w:i/>
          <w:color w:val="000000"/>
          <w:sz w:val="26"/>
        </w:rPr>
        <w:t>or</w:t>
      </w:r>
    </w:p>
    <w:p>
      <w:pPr>
        <w:keepNext/>
        <w:spacing w:before="80" w:after="0"/>
        <w:ind w:firstLine="0" w:left="0" w:right="0"/>
        <w:jc w:val="center"/>
      </w:pPr>
      <w:r>
        <w:rPr>
          <w:rFonts w:ascii="Times New Roman" w:hAnsi="Times New Roman"/>
          <w:i/>
          <w:color w:val="000000"/>
          <w:sz w:val="30"/>
        </w:rPr>
        <w:t>Notes on Art for Catholics (and Others)</w:t>
      </w:r>
    </w:p>
    <w:p>
      <w:pPr>
        <w:keepNext/>
        <w:spacing w:before="240" w:after="0"/>
        <w:ind w:firstLine="0" w:left="0" w:right="0"/>
        <w:jc w:val="center"/>
      </w:pPr>
      <w:r>
        <w:rPr>
          <w:rFonts w:ascii="Times New Roman" w:hAnsi="Times New Roman"/>
          <w:i/>
          <w:color w:val="000000"/>
          <w:sz w:val="30"/>
        </w:rPr>
        <w:t>A One-Act Play with Songs</w:t>
      </w:r>
    </w:p>
    <w:p>
      <w:pPr>
        <w:keepNext/>
        <w:spacing w:before="440" w:after="0"/>
        <w:ind w:firstLine="0" w:left="0" w:right="0"/>
        <w:jc w:val="center"/>
      </w:pPr>
      <w:r>
        <w:rPr>
          <w:rFonts w:ascii="Times New Roman" w:hAnsi="Times New Roman"/>
          <w:color w:val="000000"/>
          <w:sz w:val="24"/>
        </w:rPr>
        <w:t>by Steve Hauk</w:t>
      </w:r>
    </w:p>
    <w:p>
      <w:pPr>
        <w:keepNext w:val="0"/>
        <w:spacing w:before="120" w:after="0"/>
        <w:ind w:firstLine="0" w:left="0" w:right="0"/>
        <w:jc w:val="center"/>
      </w:pPr>
      <w:r>
        <w:rPr>
          <w:rFonts w:ascii="Times New Roman" w:hAnsi="Times New Roman"/>
          <w:color w:val="000000"/>
          <w:sz w:val="24"/>
        </w:rPr>
        <w:t>Songs by Piotr J. Flatau</w:t>
      </w:r>
    </w:p>
    <w:p>
      <w:pPr>
        <w:keepNext/>
        <w:spacing w:before="1280" w:after="320"/>
        <w:ind w:firstLine="0" w:left="0" w:right="0"/>
      </w:pPr>
      <w:r>
        <w:rPr>
          <w:rFonts w:ascii="Arial" w:hAnsi="Arial"/>
          <w:b/>
          <w:color w:val="000000"/>
          <w:sz w:val="40"/>
        </w:rPr>
        <w:t>CHARACTERS</w:t>
      </w:r>
    </w:p>
    <w:p>
      <w:pPr>
        <w:keepNext w:val="0"/>
        <w:spacing w:before="0" w:after="160"/>
        <w:ind w:firstLine="0" w:left="0" w:right="0"/>
      </w:pPr>
      <w:r>
        <w:rPr>
          <w:rFonts w:ascii="Arial" w:hAnsi="Arial"/>
          <w:b/>
          <w:color w:val="000000"/>
          <w:sz w:val="24"/>
        </w:rPr>
        <w:t>E. CHARLTON FORTUNE</w:t>
      </w:r>
      <w:r>
        <w:rPr>
          <w:rFonts w:ascii="Times New Roman" w:hAnsi="Times New Roman"/>
          <w:color w:val="000000"/>
          <w:sz w:val="24"/>
        </w:rPr>
        <w:t xml:space="preserve"> — In her mid-fifties to early sixties; tall, angular, and strong, with attractive, intelligent eyes. A distinguished artist, incisive lecturer, independent spirit, and Bishop O’Hara’s frequent theological adversary.</w:t>
      </w:r>
    </w:p>
    <w:p>
      <w:pPr>
        <w:keepNext w:val="0"/>
        <w:spacing w:before="0" w:after="160"/>
        <w:ind w:firstLine="0" w:left="0" w:right="0"/>
      </w:pPr>
      <w:r>
        <w:rPr>
          <w:rFonts w:ascii="Arial" w:hAnsi="Arial"/>
          <w:b/>
          <w:color w:val="000000"/>
          <w:sz w:val="24"/>
        </w:rPr>
        <w:t>BISHOP EDWIN O’HARA</w:t>
      </w:r>
      <w:r>
        <w:rPr>
          <w:rFonts w:ascii="Times New Roman" w:hAnsi="Times New Roman"/>
          <w:color w:val="000000"/>
          <w:sz w:val="24"/>
        </w:rPr>
        <w:t xml:space="preserve"> — Fortune’s loyal friend and theological adversary. He radiates casual strength, assurance, easy humor, and natural forbearance, which Fortune continually tests.</w:t>
      </w:r>
    </w:p>
    <w:p>
      <w:r>
        <w:br w:type="page"/>
      </w:r>
    </w:p>
    <w:p>
      <w:pPr>
        <w:keepNext/>
        <w:spacing w:before="0" w:after="160"/>
        <w:ind w:firstLine="0" w:left="0" w:right="0"/>
      </w:pPr>
      <w:r>
        <w:rPr>
          <w:rFonts w:ascii="Arial" w:hAnsi="Arial"/>
          <w:b/>
          <w:color w:val="000000"/>
          <w:sz w:val="40"/>
        </w:rPr>
        <w:t>MUSICAL NUMBERS</w:t>
      </w:r>
    </w:p>
    <w:p>
      <w:pPr>
        <w:keepNext w:val="0"/>
        <w:spacing w:before="0" w:after="60"/>
        <w:ind w:firstLine="0" w:left="0" w:right="0"/>
      </w:pPr>
      <w:r>
        <w:rPr>
          <w:rFonts w:ascii="Times New Roman" w:hAnsi="Times New Roman"/>
          <w:b/>
          <w:color w:val="000000"/>
          <w:sz w:val="26"/>
        </w:rPr>
        <w:t>San Francisco Fire (“The Flames”)</w:t>
      </w:r>
      <w:r>
        <w:rPr>
          <w:rFonts w:ascii="Times New Roman" w:hAnsi="Times New Roman"/>
          <w:color w:val="000000"/>
          <w:sz w:val="26"/>
        </w:rPr>
        <w:t xml:space="preserve"> — FORTUNE</w:t>
      </w:r>
    </w:p>
    <w:p>
      <w:pPr>
        <w:keepNext w:val="0"/>
        <w:spacing w:before="0" w:after="60"/>
        <w:ind w:firstLine="0" w:left="0" w:right="0"/>
      </w:pPr>
      <w:r>
        <w:rPr>
          <w:rFonts w:ascii="Times New Roman" w:hAnsi="Times New Roman"/>
          <w:b/>
          <w:color w:val="000000"/>
          <w:sz w:val="26"/>
        </w:rPr>
        <w:t>Pray for Me</w:t>
      </w:r>
      <w:r>
        <w:rPr>
          <w:rFonts w:ascii="Times New Roman" w:hAnsi="Times New Roman"/>
          <w:color w:val="000000"/>
          <w:sz w:val="26"/>
        </w:rPr>
        <w:t xml:space="preserve"> — BISHOP O’HARA</w:t>
      </w:r>
    </w:p>
    <w:p>
      <w:pPr>
        <w:keepNext w:val="0"/>
        <w:spacing w:before="0" w:after="60"/>
        <w:ind w:firstLine="0" w:left="0" w:right="0"/>
      </w:pPr>
      <w:r>
        <w:rPr>
          <w:rFonts w:ascii="Times New Roman" w:hAnsi="Times New Roman"/>
          <w:b/>
          <w:color w:val="000000"/>
          <w:sz w:val="26"/>
        </w:rPr>
        <w:t>Fife Is Home to Me</w:t>
      </w:r>
      <w:r>
        <w:rPr>
          <w:rFonts w:ascii="Times New Roman" w:hAnsi="Times New Roman"/>
          <w:color w:val="000000"/>
          <w:sz w:val="26"/>
        </w:rPr>
        <w:t xml:space="preserve"> — FORTUNE</w:t>
      </w:r>
    </w:p>
    <w:p>
      <w:pPr>
        <w:keepNext w:val="0"/>
        <w:spacing w:before="0" w:after="60"/>
        <w:ind w:firstLine="0" w:left="0" w:right="0"/>
      </w:pPr>
      <w:r>
        <w:rPr>
          <w:rFonts w:ascii="Times New Roman" w:hAnsi="Times New Roman"/>
          <w:b/>
          <w:color w:val="000000"/>
          <w:sz w:val="26"/>
        </w:rPr>
        <w:t>Riders to the Sea</w:t>
      </w:r>
      <w:r>
        <w:rPr>
          <w:rFonts w:ascii="Times New Roman" w:hAnsi="Times New Roman"/>
          <w:color w:val="000000"/>
          <w:sz w:val="26"/>
        </w:rPr>
        <w:t xml:space="preserve"> — BISHOP O’HARA</w:t>
      </w:r>
    </w:p>
    <w:p>
      <w:pPr>
        <w:keepNext w:val="0"/>
        <w:spacing w:before="0" w:after="60"/>
        <w:ind w:firstLine="0" w:left="0" w:right="0"/>
      </w:pPr>
      <w:r>
        <w:rPr>
          <w:rFonts w:ascii="Times New Roman" w:hAnsi="Times New Roman"/>
          <w:b/>
          <w:color w:val="000000"/>
          <w:sz w:val="26"/>
        </w:rPr>
        <w:t>Song to Ethel</w:t>
      </w:r>
      <w:r>
        <w:rPr>
          <w:rFonts w:ascii="Times New Roman" w:hAnsi="Times New Roman"/>
          <w:color w:val="000000"/>
          <w:sz w:val="26"/>
        </w:rPr>
        <w:t xml:space="preserve"> — FORTUNE</w:t>
      </w:r>
    </w:p>
    <w:p>
      <w:pPr>
        <w:keepNext/>
        <w:spacing w:before="280" w:after="60"/>
        <w:ind w:firstLine="0" w:left="0" w:right="0"/>
      </w:pPr>
      <w:r>
        <w:rPr>
          <w:rFonts w:ascii="Arial" w:hAnsi="Arial"/>
          <w:b/>
          <w:color w:val="000000"/>
          <w:sz w:val="22"/>
        </w:rPr>
        <w:t>WORDS</w:t>
      </w:r>
    </w:p>
    <w:p>
      <w:pPr>
        <w:keepNext w:val="0"/>
        <w:spacing w:before="0" w:after="60"/>
        <w:ind w:firstLine="0" w:left="0" w:right="0"/>
      </w:pPr>
      <w:r>
        <w:rPr>
          <w:rFonts w:ascii="Times New Roman" w:hAnsi="Times New Roman"/>
          <w:color w:val="000000"/>
          <w:sz w:val="24"/>
        </w:rPr>
        <w:t>E. Charlton Fortune (“Fife Is Home to Me”); Piotr J. Flatau (other songs)</w:t>
      </w:r>
    </w:p>
    <w:p>
      <w:pPr>
        <w:keepNext/>
        <w:spacing w:before="200" w:after="60"/>
        <w:ind w:firstLine="0" w:left="0" w:right="0"/>
      </w:pPr>
      <w:r>
        <w:rPr>
          <w:rFonts w:ascii="Arial" w:hAnsi="Arial"/>
          <w:b/>
          <w:color w:val="000000"/>
          <w:sz w:val="22"/>
        </w:rPr>
        <w:t>PLAYWRIGHT</w:t>
      </w:r>
    </w:p>
    <w:p>
      <w:pPr>
        <w:keepNext w:val="0"/>
        <w:spacing w:before="0" w:after="60"/>
        <w:ind w:firstLine="0" w:left="0" w:right="0"/>
      </w:pPr>
      <w:r>
        <w:rPr>
          <w:rFonts w:ascii="Times New Roman" w:hAnsi="Times New Roman"/>
          <w:color w:val="000000"/>
          <w:sz w:val="24"/>
        </w:rPr>
        <w:t>Steve Hauk</w:t>
      </w:r>
    </w:p>
    <w:p>
      <w:pPr>
        <w:sectPr>
          <w:headerReference w:type="default" r:id="rId10"/>
          <w:footerReference w:type="default" r:id="rId11"/>
          <w:pgSz w:w="12240" w:h="15840"/>
          <w:pgMar w:top="1152" w:right="1440" w:bottom="1080" w:left="1440" w:header="504" w:footer="504" w:gutter="0"/>
          <w:cols w:space="720"/>
          <w:docGrid w:linePitch="360"/>
          <w:pgNumType w:start="1"/>
        </w:sectPr>
      </w:pPr>
    </w:p>
    <w:p>
      <w:pPr>
        <w:pStyle w:val="ActHeading"/>
        <w:ind w:firstLine="0" w:left="0" w:right="0"/>
      </w:pPr>
      <w:r>
        <w:rPr>
          <w:rFonts w:ascii="Arial" w:hAnsi="Arial"/>
          <w:b/>
          <w:color w:val="000000"/>
          <w:sz w:val="32"/>
        </w:rPr>
        <w:t>ACT ONE</w:t>
      </w:r>
    </w:p>
    <w:p>
      <w:pPr>
        <w:pStyle w:val="StageDirection"/>
        <w:ind w:left="0" w:right="0" w:firstLine="0"/>
        <w:jc w:val="left"/>
      </w:pPr>
      <w:r>
        <w:rPr>
          <w:rFonts w:ascii="Times New Roman" w:hAnsi="Times New Roman"/>
          <w:i/>
          <w:color w:val="000000"/>
          <w:sz w:val="32"/>
        </w:rPr>
        <w:t>(A screen, on one side a pulpit, on the other a chair. There is a slide image on the screen of a Fifteenth Century religious painting. Softly playing, the music for “Corn Fields, Poppy Starred.”)</w:t>
      </w:r>
    </w:p>
    <w:p>
      <w:pPr>
        <w:pStyle w:val="StageDirection"/>
        <w:ind w:left="0" w:right="0" w:firstLine="0"/>
        <w:jc w:val="left"/>
      </w:pPr>
      <w:r>
        <w:rPr>
          <w:rFonts w:ascii="Times New Roman" w:hAnsi="Times New Roman"/>
          <w:i/>
          <w:color w:val="000000"/>
          <w:sz w:val="32"/>
        </w:rPr>
        <w:t>(E. Charlton Fortune and Bishop Edwin O’Hara enter arm in arm. Though it will be a while before we see her clearly, she is in her mid-fifties to early sixties, tall and angular and strong with attractive, intelligent eyes. The light on both is just a shade softer than might usually be the case.)</w:t>
      </w:r>
    </w:p>
    <w:p>
      <w:pPr>
        <w:pStyle w:val="StageDirection"/>
        <w:ind w:left="0" w:right="0" w:firstLine="0"/>
        <w:jc w:val="left"/>
      </w:pPr>
      <w:r>
        <w:rPr>
          <w:rFonts w:ascii="Times New Roman" w:hAnsi="Times New Roman"/>
          <w:i/>
          <w:color w:val="000000"/>
          <w:sz w:val="32"/>
        </w:rPr>
        <w:t>(They separate. She stands by the pulpit, her back to us, facing the screen.)</w:t>
      </w:r>
    </w:p>
    <w:p>
      <w:pPr>
        <w:pStyle w:val="StageDirection"/>
        <w:ind w:left="0" w:right="0" w:firstLine="0"/>
        <w:jc w:val="left"/>
      </w:pPr>
      <w:r>
        <w:rPr>
          <w:rFonts w:ascii="Times New Roman" w:hAnsi="Times New Roman"/>
          <w:i/>
          <w:color w:val="000000"/>
          <w:sz w:val="32"/>
        </w:rPr>
        <w:t>(Bishop O’Hara looks at us. He radiates casual strength and assurance, and an easy humor and natural forbearance, which Fortune continually tests.)</w:t>
      </w:r>
    </w:p>
    <w:p>
      <w:pPr>
        <w:pStyle w:val="StageDirection"/>
        <w:ind w:left="0" w:right="0" w:firstLine="0"/>
        <w:jc w:val="left"/>
      </w:pPr>
      <w:r>
        <w:rPr>
          <w:rFonts w:ascii="Times New Roman" w:hAnsi="Times New Roman"/>
          <w:i/>
          <w:color w:val="000000"/>
          <w:sz w:val="32"/>
        </w:rPr>
        <w:t>(The music fades.)</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It's the early 1940s. The war rages in Europe and the Pacific. People are tense and anxious in the United States.</w:t>
      </w:r>
    </w:p>
    <w:p>
      <w:pPr>
        <w:ind w:left="0" w:right="0" w:firstLine="0"/>
        <w:jc w:val="left"/>
      </w:pPr>
      <w:r>
        <w:rPr>
          <w:rFonts w:ascii="Times New Roman" w:hAnsi="Times New Roman"/>
          <w:i w:val="0"/>
          <w:color w:val="000000"/>
          <w:sz w:val="32"/>
        </w:rPr>
        <w:t>In the heartland, in Kansas City, Missouri, Miss E. Charlton Fortune has begun a lecture on art and, as it will turn out, her life as well.</w:t>
      </w:r>
    </w:p>
    <w:p>
      <w:pPr>
        <w:ind w:left="0" w:right="0" w:firstLine="0"/>
        <w:jc w:val="left"/>
      </w:pPr>
      <w:r>
        <w:rPr>
          <w:rFonts w:ascii="Times New Roman" w:hAnsi="Times New Roman"/>
          <w:i w:val="0"/>
          <w:color w:val="000000"/>
          <w:sz w:val="32"/>
        </w:rPr>
        <w:t>Who am I? Oh, she'll tell you.</w:t>
      </w:r>
    </w:p>
    <w:p>
      <w:pPr>
        <w:ind w:left="0" w:right="0" w:firstLine="0"/>
        <w:jc w:val="left"/>
      </w:pPr>
      <w:r>
        <w:rPr>
          <w:rFonts w:ascii="Times New Roman" w:hAnsi="Times New Roman"/>
          <w:i w:val="0"/>
          <w:color w:val="000000"/>
          <w:sz w:val="32"/>
        </w:rPr>
        <w:t>What am I doing here? She'll tell you that as well.</w:t>
      </w:r>
    </w:p>
    <w:p>
      <w:pPr>
        <w:ind w:left="0" w:right="0" w:firstLine="0"/>
        <w:jc w:val="left"/>
      </w:pPr>
      <w:r>
        <w:rPr>
          <w:rFonts w:ascii="Times New Roman" w:hAnsi="Times New Roman"/>
          <w:i w:val="0"/>
          <w:color w:val="000000"/>
          <w:sz w:val="32"/>
        </w:rPr>
        <w:t>Though I'll give you hints to both questions — I am her loyal friend and frequent theological adversary.</w:t>
      </w:r>
    </w:p>
    <w:p>
      <w:pPr>
        <w:pStyle w:val="StageDirection"/>
        <w:ind w:left="0" w:right="0" w:firstLine="0"/>
        <w:jc w:val="left"/>
      </w:pPr>
      <w:r>
        <w:rPr>
          <w:rFonts w:ascii="Times New Roman" w:hAnsi="Times New Roman"/>
          <w:i/>
          <w:color w:val="000000"/>
          <w:sz w:val="32"/>
        </w:rPr>
        <w:t>(She turns her head slowly toward him, smiles.)</w:t>
      </w:r>
    </w:p>
    <w:p>
      <w:pPr>
        <w:ind w:left="0" w:right="0" w:firstLine="0"/>
        <w:jc w:val="left"/>
      </w:pPr>
      <w:r>
        <w:rPr>
          <w:rFonts w:ascii="Times New Roman" w:hAnsi="Times New Roman"/>
          <w:i w:val="0"/>
          <w:color w:val="000000"/>
          <w:sz w:val="32"/>
        </w:rPr>
        <w:t>Quite frequent.</w:t>
      </w:r>
    </w:p>
    <w:p>
      <w:pPr>
        <w:pStyle w:val="StageDirection"/>
        <w:ind w:left="0" w:right="0" w:firstLine="0"/>
        <w:jc w:val="left"/>
      </w:pPr>
      <w:r>
        <w:rPr>
          <w:rFonts w:ascii="Times New Roman" w:hAnsi="Times New Roman"/>
          <w:i/>
          <w:color w:val="000000"/>
          <w:sz w:val="32"/>
        </w:rPr>
        <w:t>(He smiles at her, sits in the chair.)</w:t>
      </w:r>
    </w:p>
    <w:p>
      <w:pPr>
        <w:ind w:left="0" w:right="0" w:firstLine="0"/>
        <w:jc w:val="left"/>
      </w:pPr>
      <w:r>
        <w:rPr>
          <w:rFonts w:ascii="Times New Roman" w:hAnsi="Times New Roman"/>
          <w:i w:val="0"/>
          <w:color w:val="000000"/>
          <w:sz w:val="32"/>
        </w:rPr>
        <w:t>So, the lecture begins. Rather, continues.</w:t>
      </w:r>
    </w:p>
    <w:p>
      <w:pPr>
        <w:pStyle w:val="StageDirection"/>
        <w:ind w:left="0" w:right="0" w:firstLine="0"/>
        <w:jc w:val="left"/>
      </w:pPr>
      <w:r>
        <w:rPr>
          <w:rFonts w:ascii="Times New Roman" w:hAnsi="Times New Roman"/>
          <w:i/>
          <w:color w:val="000000"/>
          <w:sz w:val="32"/>
        </w:rPr>
        <w:t>(Strong lighting change.)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(Looking at image)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A section of a fresco by Piero Della Francesca... “Discovery and Proving of the True Cross”...</w:t>
      </w:r>
    </w:p>
    <w:p>
      <w:pPr>
        <w:ind w:left="0" w:right="0" w:firstLine="0"/>
        <w:jc w:val="left"/>
      </w:pPr>
      <w:r>
        <w:rPr>
          <w:rFonts w:ascii="Times New Roman" w:hAnsi="Times New Roman"/>
          <w:i w:val="0"/>
          <w:color w:val="000000"/>
          <w:sz w:val="32"/>
        </w:rPr>
        <w:t>... Painted mid-Fifteenth Century...</w:t>
      </w:r>
    </w:p>
    <w:p>
      <w:pPr>
        <w:pStyle w:val="StageDirection"/>
        <w:ind w:left="0" w:right="0" w:firstLine="0"/>
        <w:jc w:val="left"/>
      </w:pPr>
      <w:r>
        <w:rPr>
          <w:rFonts w:ascii="Times New Roman" w:hAnsi="Times New Roman"/>
          <w:i/>
          <w:color w:val="000000"/>
          <w:sz w:val="32"/>
        </w:rPr>
        <w:t>(She moves behind the podium, her face somewhat in shadow.)</w:t>
      </w:r>
    </w:p>
    <w:p>
      <w:pPr>
        <w:ind w:left="0" w:right="0" w:firstLine="0"/>
        <w:jc w:val="left"/>
      </w:pPr>
      <w:r>
        <w:rPr>
          <w:rFonts w:ascii="Times New Roman" w:hAnsi="Times New Roman"/>
          <w:i w:val="0"/>
          <w:color w:val="000000"/>
          <w:sz w:val="32"/>
        </w:rPr>
        <w:t>Note the powerful diagonal plane created by the cross and the figures... set against the vertical lines of the buildings to the right... the circular and rounded shapes, like the human figures, keep the eye moving through the painting, holding our interest.</w:t>
      </w:r>
    </w:p>
    <w:p>
      <w:pPr>
        <w:pStyle w:val="StageDirection"/>
        <w:ind w:left="0" w:right="0" w:firstLine="0"/>
        <w:jc w:val="left"/>
      </w:pPr>
      <w:r>
        <w:rPr>
          <w:rFonts w:ascii="Times New Roman" w:hAnsi="Times New Roman"/>
          <w:i/>
          <w:color w:val="000000"/>
          <w:sz w:val="32"/>
        </w:rPr>
        <w:t>(She studies it a moment.)</w:t>
      </w:r>
    </w:p>
    <w:p>
      <w:pPr>
        <w:ind w:left="0" w:right="0" w:firstLine="0"/>
        <w:jc w:val="left"/>
      </w:pPr>
      <w:r>
        <w:rPr>
          <w:rFonts w:ascii="Times New Roman" w:hAnsi="Times New Roman"/>
          <w:i w:val="0"/>
          <w:color w:val="000000"/>
          <w:sz w:val="32"/>
        </w:rPr>
        <w:t>None of this an ‘accident' — Della Francesca brought his love of geometry to his art. You can see this — it feels geometric.</w:t>
      </w:r>
    </w:p>
    <w:p>
      <w:pPr>
        <w:ind w:left="0" w:right="0" w:firstLine="0"/>
        <w:jc w:val="left"/>
      </w:pPr>
      <w:r>
        <w:rPr>
          <w:rFonts w:ascii="Times New Roman" w:hAnsi="Times New Roman"/>
          <w:i w:val="0"/>
          <w:color w:val="000000"/>
          <w:sz w:val="32"/>
        </w:rPr>
        <w:t>A powerful composition, important, because despite what some may tell you, ecclesiastical art’s exactly the same as any other art.</w:t>
      </w:r>
    </w:p>
    <w:p>
      <w:pPr>
        <w:ind w:left="0" w:right="0" w:firstLine="0"/>
        <w:jc w:val="left"/>
      </w:pPr>
      <w:r>
        <w:rPr>
          <w:rFonts w:ascii="Times New Roman" w:hAnsi="Times New Roman"/>
          <w:i w:val="0"/>
          <w:color w:val="000000"/>
          <w:sz w:val="32"/>
        </w:rPr>
        <w:t>Except for subject matter.</w:t>
      </w:r>
    </w:p>
    <w:p>
      <w:pPr>
        <w:ind w:left="0" w:right="0" w:firstLine="0"/>
        <w:jc w:val="left"/>
      </w:pPr>
      <w:r>
        <w:rPr>
          <w:rFonts w:ascii="Times New Roman" w:hAnsi="Times New Roman"/>
          <w:i w:val="0"/>
          <w:color w:val="000000"/>
          <w:sz w:val="32"/>
        </w:rPr>
        <w:t>Fine professional painting... of the most supreme importance.</w:t>
      </w:r>
    </w:p>
    <w:p>
      <w:pPr>
        <w:ind w:left="0" w:right="0" w:firstLine="0"/>
        <w:jc w:val="left"/>
      </w:pPr>
      <w:r>
        <w:rPr>
          <w:rFonts w:ascii="Times New Roman" w:hAnsi="Times New Roman"/>
          <w:i w:val="0"/>
          <w:color w:val="000000"/>
          <w:sz w:val="32"/>
        </w:rPr>
        <w:t>The ability to paint superbly well... say, a lemon on a plate... as Manet can do so beautifully, the best preparation for any religious subject.</w:t>
      </w:r>
    </w:p>
    <w:p>
      <w:pPr>
        <w:ind w:left="0" w:right="0" w:firstLine="0"/>
        <w:jc w:val="left"/>
      </w:pPr>
      <w:r>
        <w:rPr>
          <w:rFonts w:ascii="Times New Roman" w:hAnsi="Times New Roman"/>
          <w:i w:val="0"/>
          <w:color w:val="000000"/>
          <w:sz w:val="32"/>
        </w:rPr>
        <w:t>Mention this in a lecture I give in a seminary and...</w:t>
      </w:r>
    </w:p>
    <w:p>
      <w:pPr>
        <w:pStyle w:val="StageDirection"/>
        <w:ind w:left="0" w:right="0" w:firstLine="0"/>
        <w:jc w:val="left"/>
      </w:pPr>
      <w:r>
        <w:rPr>
          <w:rFonts w:ascii="Times New Roman" w:hAnsi="Times New Roman"/>
          <w:i/>
          <w:color w:val="000000"/>
          <w:sz w:val="32"/>
        </w:rPr>
        <w:t>(A beat; smiles.)</w:t>
      </w:r>
    </w:p>
    <w:p>
      <w:pPr>
        <w:ind w:left="0" w:right="0" w:firstLine="0"/>
        <w:jc w:val="left"/>
      </w:pPr>
      <w:r>
        <w:rPr>
          <w:rFonts w:ascii="Times New Roman" w:hAnsi="Times New Roman"/>
          <w:i w:val="0"/>
          <w:color w:val="000000"/>
          <w:sz w:val="32"/>
        </w:rPr>
        <w:t>... shock one of the students... scandalized, I think, my discussing God in conjunction with a lemon.</w:t>
      </w:r>
    </w:p>
    <w:p>
      <w:pPr>
        <w:pStyle w:val="StageDirection"/>
        <w:ind w:left="0" w:right="0" w:firstLine="0"/>
        <w:jc w:val="left"/>
      </w:pPr>
      <w:r>
        <w:rPr>
          <w:rFonts w:ascii="Times New Roman" w:hAnsi="Times New Roman"/>
          <w:i/>
          <w:color w:val="000000"/>
          <w:sz w:val="32"/>
        </w:rPr>
        <w:t>(# 2 Slide: Her name: E. Charlton Fortune.)</w:t>
      </w:r>
    </w:p>
    <w:p>
      <w:pPr>
        <w:ind w:left="0" w:right="0" w:firstLine="0"/>
        <w:jc w:val="left"/>
      </w:pPr>
      <w:r>
        <w:rPr>
          <w:rFonts w:ascii="Times New Roman" w:hAnsi="Times New Roman"/>
          <w:i w:val="0"/>
          <w:color w:val="000000"/>
          <w:sz w:val="32"/>
        </w:rPr>
        <w:t>Your lecturer.</w:t>
      </w:r>
    </w:p>
    <w:p>
      <w:pPr>
        <w:ind w:left="0" w:right="0" w:firstLine="0"/>
        <w:jc w:val="left"/>
      </w:pPr>
      <w:r>
        <w:rPr>
          <w:rFonts w:ascii="Times New Roman" w:hAnsi="Times New Roman"/>
          <w:i w:val="0"/>
          <w:color w:val="000000"/>
          <w:sz w:val="32"/>
        </w:rPr>
        <w:t>I prefer to introduce myself a little into a lecture. Introductions by others are nice, but often a bit too effusive...</w:t>
      </w:r>
    </w:p>
    <w:p>
      <w:pPr>
        <w:pStyle w:val="StageDirection"/>
        <w:ind w:left="0" w:right="0" w:firstLine="0"/>
        <w:jc w:val="left"/>
      </w:pPr>
      <w:r>
        <w:rPr>
          <w:rFonts w:ascii="Times New Roman" w:hAnsi="Times New Roman"/>
          <w:i/>
          <w:color w:val="000000"/>
          <w:sz w:val="32"/>
        </w:rPr>
        <w:t>(Smiles.)</w:t>
      </w:r>
    </w:p>
    <w:p>
      <w:pPr>
        <w:ind w:left="0" w:right="0" w:firstLine="0"/>
        <w:jc w:val="left"/>
      </w:pPr>
      <w:r>
        <w:rPr>
          <w:rFonts w:ascii="Times New Roman" w:hAnsi="Times New Roman"/>
          <w:i w:val="0"/>
          <w:color w:val="000000"/>
          <w:sz w:val="32"/>
        </w:rPr>
        <w:t>Some will tell you I use the initial to disguise my gender, but actually it’s to disguise my given name — Euphemia.</w:t>
      </w:r>
    </w:p>
    <w:p>
      <w:pPr>
        <w:ind w:left="0" w:right="0" w:firstLine="0"/>
        <w:jc w:val="left"/>
      </w:pPr>
      <w:r>
        <w:rPr>
          <w:rFonts w:ascii="Times New Roman" w:hAnsi="Times New Roman"/>
          <w:i w:val="0"/>
          <w:color w:val="000000"/>
          <w:sz w:val="32"/>
        </w:rPr>
        <w:t>Still, many women artists do use initials to hide the fact they’re women. It's a matter of survival if you want to have any chance in the competitions.</w:t>
      </w:r>
    </w:p>
    <w:p>
      <w:pPr>
        <w:ind w:left="0" w:right="0" w:firstLine="0"/>
        <w:jc w:val="left"/>
      </w:pPr>
      <w:r>
        <w:rPr>
          <w:rFonts w:ascii="Times New Roman" w:hAnsi="Times New Roman"/>
          <w:i w:val="0"/>
          <w:color w:val="000000"/>
          <w:sz w:val="32"/>
        </w:rPr>
        <w:t>And, if the judges know you’re a woman and still judge you to be any good, it's because — they say — you paint like a man.</w:t>
      </w:r>
    </w:p>
    <w:p>
      <w:pPr>
        <w:ind w:left="0" w:right="0" w:firstLine="0"/>
        <w:jc w:val="left"/>
      </w:pPr>
      <w:r>
        <w:rPr>
          <w:rFonts w:ascii="Times New Roman" w:hAnsi="Times New Roman"/>
          <w:i w:val="0"/>
          <w:color w:val="000000"/>
          <w:sz w:val="32"/>
        </w:rPr>
        <w:t>One reviewer said of me: “Her work is unusually strong for a woman — having the vigorous brush stroke attributed to men only.”</w:t>
      </w:r>
    </w:p>
    <w:p>
      <w:pPr>
        <w:ind w:left="0" w:right="0" w:firstLine="0"/>
        <w:jc w:val="left"/>
      </w:pPr>
      <w:r>
        <w:rPr>
          <w:rFonts w:ascii="Times New Roman" w:hAnsi="Times New Roman"/>
          <w:i w:val="0"/>
          <w:color w:val="000000"/>
          <w:sz w:val="32"/>
        </w:rPr>
        <w:t>Well, I ask you, what’s a woman to do — develop a weak brush stroke?</w:t>
      </w:r>
    </w:p>
    <w:p>
      <w:pPr>
        <w:ind w:left="0" w:right="0" w:firstLine="0"/>
        <w:jc w:val="left"/>
      </w:pPr>
      <w:r>
        <w:rPr>
          <w:rFonts w:ascii="Times New Roman" w:hAnsi="Times New Roman"/>
          <w:i w:val="0"/>
          <w:color w:val="000000"/>
          <w:sz w:val="32"/>
        </w:rPr>
        <w:t>Still, there's a danger in using initials. For instance... long ago I won a medal at the Paris Salon. A nice moment in my rather mixed career. The award certificate read... “To Monsieur Fortune. ’’</w:t>
      </w:r>
    </w:p>
    <w:p>
      <w:pPr>
        <w:ind w:left="0" w:right="0" w:firstLine="0"/>
        <w:jc w:val="left"/>
      </w:pPr>
      <w:r>
        <w:rPr>
          <w:rFonts w:ascii="Times New Roman" w:hAnsi="Times New Roman"/>
          <w:i w:val="0"/>
          <w:color w:val="000000"/>
          <w:sz w:val="32"/>
        </w:rPr>
        <w:t>Monsieur Fortune is preferable, by the way, to Miss Fortune.</w:t>
      </w:r>
    </w:p>
    <w:p>
      <w:pPr>
        <w:ind w:left="0" w:right="0" w:firstLine="0"/>
        <w:jc w:val="left"/>
      </w:pPr>
      <w:r>
        <w:rPr>
          <w:rFonts w:ascii="Times New Roman" w:hAnsi="Times New Roman"/>
          <w:i w:val="0"/>
          <w:color w:val="000000"/>
          <w:sz w:val="32"/>
        </w:rPr>
        <w:t>Anyway, friends call me Effie. Much nicer, thank you.</w:t>
      </w:r>
    </w:p>
    <w:p>
      <w:pPr>
        <w:pStyle w:val="StageDirection"/>
        <w:ind w:left="0" w:right="0" w:firstLine="0"/>
        <w:jc w:val="left"/>
      </w:pPr>
      <w:r>
        <w:rPr>
          <w:rFonts w:ascii="Times New Roman" w:hAnsi="Times New Roman"/>
          <w:i/>
          <w:color w:val="000000"/>
          <w:sz w:val="32"/>
        </w:rPr>
        <w:t>(Looks at the screen; tilts her head.)</w:t>
      </w:r>
    </w:p>
    <w:p>
      <w:pPr>
        <w:ind w:left="0" w:right="0" w:firstLine="0"/>
        <w:jc w:val="left"/>
      </w:pPr>
      <w:r>
        <w:rPr>
          <w:rFonts w:ascii="Times New Roman" w:hAnsi="Times New Roman"/>
          <w:i w:val="0"/>
          <w:color w:val="000000"/>
          <w:sz w:val="32"/>
        </w:rPr>
        <w:t>This lecture, as you know, is —</w:t>
      </w:r>
    </w:p>
    <w:p>
      <w:pPr>
        <w:pStyle w:val="StageDirection"/>
        <w:ind w:left="0" w:right="0" w:firstLine="0"/>
        <w:jc w:val="left"/>
      </w:pPr>
      <w:r>
        <w:rPr>
          <w:rFonts w:ascii="Times New Roman" w:hAnsi="Times New Roman"/>
          <w:i/>
          <w:color w:val="000000"/>
          <w:sz w:val="32"/>
        </w:rPr>
        <w:t>(# 3 Slide, with the words:)</w:t>
      </w:r>
    </w:p>
    <w:p>
      <w:pPr>
        <w:ind w:left="0" w:right="0" w:firstLine="0"/>
        <w:jc w:val="left"/>
      </w:pPr>
      <w:r>
        <w:rPr>
          <w:rFonts w:ascii="Times New Roman" w:hAnsi="Times New Roman"/>
          <w:i w:val="0"/>
          <w:color w:val="000000"/>
          <w:sz w:val="32"/>
        </w:rPr>
        <w:t>— “Notes on Art for Catholics. ’’</w:t>
      </w:r>
    </w:p>
    <w:p>
      <w:pPr>
        <w:pStyle w:val="StageDirection"/>
        <w:ind w:left="0" w:right="0" w:firstLine="0"/>
        <w:jc w:val="left"/>
      </w:pPr>
      <w:r>
        <w:rPr>
          <w:rFonts w:ascii="Times New Roman" w:hAnsi="Times New Roman"/>
          <w:i/>
          <w:color w:val="000000"/>
          <w:sz w:val="32"/>
        </w:rPr>
        <w:t>(She glances at Bishop O’Hara, who smiles indulgently.)</w:t>
      </w:r>
    </w:p>
    <w:p>
      <w:pPr>
        <w:ind w:left="0" w:right="0" w:firstLine="0"/>
        <w:jc w:val="left"/>
      </w:pPr>
      <w:r>
        <w:rPr>
          <w:rFonts w:ascii="Times New Roman" w:hAnsi="Times New Roman"/>
          <w:i w:val="0"/>
          <w:color w:val="000000"/>
          <w:sz w:val="32"/>
        </w:rPr>
        <w:t>It’s good to remind you as we go along, since I do get sidetracked.</w:t>
      </w:r>
    </w:p>
    <w:p>
      <w:pPr>
        <w:ind w:left="0" w:right="0" w:firstLine="0"/>
        <w:jc w:val="left"/>
      </w:pPr>
      <w:r>
        <w:rPr>
          <w:rFonts w:ascii="Times New Roman" w:hAnsi="Times New Roman"/>
          <w:i w:val="0"/>
          <w:color w:val="000000"/>
          <w:sz w:val="32"/>
        </w:rPr>
        <w:t>Non-Catholics might also benefit from this lecture. But then, I feel the world might benefit from understanding and appreciating art.</w:t>
      </w:r>
    </w:p>
    <w:p>
      <w:pPr>
        <w:ind w:left="0" w:right="0" w:firstLine="0"/>
        <w:jc w:val="left"/>
      </w:pPr>
      <w:r>
        <w:rPr>
          <w:rFonts w:ascii="Times New Roman" w:hAnsi="Times New Roman"/>
          <w:i w:val="0"/>
          <w:color w:val="000000"/>
          <w:sz w:val="32"/>
        </w:rPr>
        <w:t>Mind you, I’m not liberal about this subject. There's a fallacy anyone with a pair of eyes is capable of deciding what’s good or bad in art. That is, may I say...</w:t>
      </w:r>
    </w:p>
    <w:p>
      <w:pPr>
        <w:pStyle w:val="StageDirection"/>
        <w:ind w:left="0" w:right="0" w:firstLine="0"/>
        <w:jc w:val="left"/>
      </w:pPr>
      <w:r>
        <w:rPr>
          <w:rFonts w:ascii="Times New Roman" w:hAnsi="Times New Roman"/>
          <w:i/>
          <w:color w:val="000000"/>
          <w:sz w:val="32"/>
        </w:rPr>
        <w:t>(Looks again at Bishop O’Hara, changes her mind.)</w:t>
      </w:r>
    </w:p>
    <w:p>
      <w:pPr>
        <w:ind w:left="0" w:right="0" w:firstLine="0"/>
        <w:jc w:val="left"/>
      </w:pPr>
      <w:r>
        <w:rPr>
          <w:rFonts w:ascii="Times New Roman" w:hAnsi="Times New Roman"/>
          <w:i w:val="0"/>
          <w:color w:val="000000"/>
          <w:sz w:val="32"/>
        </w:rPr>
        <w:t>... a way of letting you know that, at the tea afterward —</w:t>
      </w:r>
    </w:p>
    <w:p>
      <w:pPr>
        <w:pStyle w:val="StageDirection"/>
        <w:ind w:left="0" w:right="0" w:firstLine="0"/>
        <w:jc w:val="left"/>
      </w:pPr>
      <w:r>
        <w:rPr>
          <w:rFonts w:ascii="Times New Roman" w:hAnsi="Times New Roman"/>
          <w:i/>
          <w:color w:val="000000"/>
          <w:sz w:val="32"/>
        </w:rPr>
        <w:t>(A beat.)</w:t>
      </w:r>
    </w:p>
    <w:p>
      <w:pPr>
        <w:ind w:left="0" w:right="0" w:firstLine="0"/>
        <w:jc w:val="left"/>
      </w:pPr>
      <w:r>
        <w:rPr>
          <w:rFonts w:ascii="Times New Roman" w:hAnsi="Times New Roman"/>
          <w:i w:val="0"/>
          <w:color w:val="000000"/>
          <w:sz w:val="32"/>
        </w:rPr>
        <w:t>Is there a tea afterward, Edwin?</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Yes, Effie — in the lobby.</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In the lobby, after the lecture. Should be lovely... Not the rectory?</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 sorry — support guild's replastering the living room. Wouldn't want plaster drifting into the tea, would we?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Oh no, I much prefer cream... This, as you well know, is Edwin O’Hara, the distinguished bishop of Kansas City, Missouri. I needn’t tell you, he’s not your ordinary bishop.</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(Warning)</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Well, you’re not, Edwin. </w:t>
      </w:r>
      <w:r>
        <w:rPr>
          <w:rFonts w:ascii="Times New Roman" w:hAnsi="Times New Roman"/>
          <w:i/>
          <w:color w:val="000000"/>
          <w:sz w:val="32"/>
        </w:rPr>
        <w:t>(To audience)</w:t>
      </w:r>
      <w:r>
        <w:rPr>
          <w:rFonts w:ascii="Times New Roman" w:hAnsi="Times New Roman"/>
          <w:i w:val="0"/>
          <w:color w:val="000000"/>
          <w:sz w:val="32"/>
        </w:rPr>
        <w:t xml:space="preserve"> As you know, he fights for minimum wages for field and factory workers. Did it in the state of Oregon in the 1920s, does it now here in Kansas City. How many bishops or priests do that?</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(Embarrassed, to audience, clearing his throat)</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Catholics among the workers, of course. Many Catholic workers.</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Did that make it easier — fighting for them, I mean?</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(Indicating audience, trying to be subtle)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Does the Holy Father know about the work you do?</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(Impulsively crosses himself while looking up)</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May now —</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And pushed for racial justice, the bishop did... and the need to integrate hospitals... imagine.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(To audience, embarrassed)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More good Catholics... and Baptists, too... and all... those others... those needing hospitals, I mean. </w:t>
      </w:r>
      <w:r>
        <w:rPr>
          <w:rFonts w:ascii="Times New Roman" w:hAnsi="Times New Roman"/>
          <w:i/>
          <w:color w:val="000000"/>
          <w:sz w:val="32"/>
        </w:rPr>
        <w:t>(Struggling.)</w:t>
      </w:r>
      <w:r>
        <w:rPr>
          <w:rFonts w:ascii="Times New Roman" w:hAnsi="Times New Roman"/>
          <w:i w:val="0"/>
          <w:color w:val="000000"/>
          <w:sz w:val="32"/>
        </w:rPr>
        <w:t xml:space="preserve"> We all need them, after all, don’t we?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And builds little churches for the poor in the Ozarks... Gives sermons, too.</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 please!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Oh. Very well, Edwin. </w:t>
      </w:r>
      <w:r>
        <w:rPr>
          <w:rFonts w:ascii="Times New Roman" w:hAnsi="Times New Roman"/>
          <w:i/>
          <w:color w:val="000000"/>
          <w:sz w:val="32"/>
        </w:rPr>
        <w:t>(A beat)</w:t>
      </w:r>
      <w:r>
        <w:rPr>
          <w:rFonts w:ascii="Times New Roman" w:hAnsi="Times New Roman"/>
          <w:i w:val="0"/>
          <w:color w:val="000000"/>
          <w:sz w:val="32"/>
        </w:rPr>
        <w:t xml:space="preserve"> I was saying?</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(Relieved)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“A way of letting you know.” </w:t>
      </w:r>
      <w:r>
        <w:rPr>
          <w:rFonts w:ascii="Times New Roman" w:hAnsi="Times New Roman"/>
          <w:i/>
          <w:color w:val="000000"/>
          <w:sz w:val="32"/>
        </w:rPr>
        <w:t>(Gesturing toward audience.)</w:t>
      </w:r>
      <w:r>
        <w:rPr>
          <w:rFonts w:ascii="Times New Roman" w:hAnsi="Times New Roman"/>
          <w:i w:val="0"/>
          <w:color w:val="000000"/>
          <w:sz w:val="32"/>
        </w:rPr>
        <w:t xml:space="preserve"> Please, do let them know.</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Oh, yes. Thank you... No “I know what I like, ’’ unless it comes from an informed basis. And if you come from an informed basis, you won’t say “I know what I like. ’’</w:t>
      </w:r>
    </w:p>
    <w:p>
      <w:pPr>
        <w:ind w:left="0" w:right="0" w:firstLine="0"/>
        <w:jc w:val="left"/>
      </w:pPr>
      <w:r>
        <w:rPr>
          <w:rFonts w:ascii="Times New Roman" w:hAnsi="Times New Roman"/>
          <w:i w:val="0"/>
          <w:color w:val="000000"/>
          <w:sz w:val="32"/>
        </w:rPr>
        <w:t>You may wonder why the bishop sits nearby... He's here in case you’ve questions about religion I’m unable to answer.</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Trust me, she'll try anyway.</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But the most important reason — the projector jamming. It does sometimes and I'm terrible with machines.</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That's so — if you saw her drive...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It jammed a dozen times in Portsmouth...</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In Boston it jammed and then the light burnt out, so we adjourned early for tea.</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And if I get off track, Edwin steers me back. Isn’t that so?</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(A touch helplessly)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 try.</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If I faint — I did once, it was Cleveland in August — Bishop O’Hara to the rescue.</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It was St. Louis, 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Excuse me?</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You fainted in St. Louis.</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In August?</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(Nodding)</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You'll recall they installed a tub in the cathedral vestibule so you could bathe when the heat became unbearable.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Oh, yes! plunged in every two hours.</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That you did, flooding the vestibule. Except the day you got caught up in your painting and didn't plunge in and suffered heat prostration. You scared us that time.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(A beat)</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Did I?</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Very much. You were so ill, even Rome heard of it.</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Rome?</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 pope himself — didn’t know?</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(Touched)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 didn’t...</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Oh, right — we thought it'd go to your head hearing the Holy Father was concerned, so didn’t tell you.</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If I'd known...</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My very point. </w:t>
      </w:r>
      <w:r>
        <w:rPr>
          <w:rFonts w:ascii="Times New Roman" w:hAnsi="Times New Roman"/>
          <w:i/>
          <w:color w:val="000000"/>
          <w:sz w:val="32"/>
        </w:rPr>
        <w:t>(Gesturing to the audience)</w:t>
      </w:r>
      <w:r>
        <w:rPr>
          <w:rFonts w:ascii="Times New Roman" w:hAnsi="Times New Roman"/>
          <w:i w:val="0"/>
          <w:color w:val="000000"/>
          <w:sz w:val="32"/>
        </w:rPr>
        <w:t xml:space="preserve"> The lecture, Effie.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(Looking off)</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 Holy Father...</w:t>
      </w:r>
    </w:p>
    <w:p>
      <w:pPr>
        <w:pStyle w:val="StageDirection"/>
        <w:ind w:left="0" w:right="0" w:firstLine="0"/>
        <w:jc w:val="left"/>
      </w:pPr>
      <w:r>
        <w:rPr>
          <w:rFonts w:ascii="Times New Roman" w:hAnsi="Times New Roman"/>
          <w:i/>
          <w:color w:val="000000"/>
          <w:sz w:val="32"/>
        </w:rPr>
        <w:t>(A moment as she collects herself, giving him a second look, then # 4 Slide.)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Entrance to Kansas City's William Rockhill Nelson Gallery of Art. Many of the works of art you will see this evening are housed in this fine museum.</w:t>
      </w:r>
    </w:p>
    <w:p>
      <w:pPr>
        <w:ind w:left="0" w:right="0" w:firstLine="0"/>
        <w:jc w:val="left"/>
      </w:pPr>
      <w:r>
        <w:rPr>
          <w:rFonts w:ascii="Times New Roman" w:hAnsi="Times New Roman"/>
          <w:i w:val="0"/>
          <w:color w:val="000000"/>
          <w:sz w:val="32"/>
        </w:rPr>
        <w:t>A surprise for the bishop: I’m adding some extra slides to today’s lecture... freshening it up.</w:t>
      </w:r>
    </w:p>
    <w:p>
      <w:pPr>
        <w:pStyle w:val="StageDirection"/>
        <w:ind w:left="0" w:right="0" w:firstLine="0"/>
        <w:jc w:val="left"/>
      </w:pPr>
      <w:r>
        <w:rPr>
          <w:rFonts w:ascii="Times New Roman" w:hAnsi="Times New Roman"/>
          <w:i/>
          <w:color w:val="000000"/>
          <w:sz w:val="32"/>
        </w:rPr>
        <w:t>(She smiles in his direction; he arches a brow, concerned.)</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Are you?</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Not so many.</w:t>
      </w:r>
    </w:p>
    <w:p>
      <w:pPr>
        <w:pStyle w:val="StageDirection"/>
        <w:ind w:left="0" w:right="0" w:firstLine="0"/>
        <w:jc w:val="left"/>
      </w:pPr>
      <w:r>
        <w:rPr>
          <w:rFonts w:ascii="Times New Roman" w:hAnsi="Times New Roman"/>
          <w:i/>
          <w:color w:val="000000"/>
          <w:sz w:val="32"/>
        </w:rPr>
        <w:t>(Turning front.)</w:t>
      </w:r>
    </w:p>
    <w:p>
      <w:pPr>
        <w:ind w:left="0" w:right="0" w:firstLine="0"/>
        <w:jc w:val="left"/>
      </w:pPr>
      <w:r>
        <w:rPr>
          <w:rFonts w:ascii="Times New Roman" w:hAnsi="Times New Roman"/>
          <w:i w:val="0"/>
          <w:color w:val="000000"/>
          <w:sz w:val="32"/>
        </w:rPr>
        <w:t xml:space="preserve">Add images because... well, the war grows worse in Europe... so maybe we need to talk about things other than just art. I know the war’s on your minds — how could it not be? We can't just ignore it, pretend it isn't. </w:t>
      </w:r>
      <w:r>
        <w:rPr>
          <w:rFonts w:ascii="Times New Roman" w:hAnsi="Times New Roman"/>
          <w:i/>
          <w:color w:val="000000"/>
          <w:sz w:val="32"/>
        </w:rPr>
        <w:t>(Pause)</w:t>
      </w:r>
      <w:r>
        <w:rPr>
          <w:rFonts w:ascii="Times New Roman" w:hAnsi="Times New Roman"/>
          <w:i w:val="0"/>
          <w:color w:val="000000"/>
          <w:sz w:val="32"/>
        </w:rPr>
        <w:t xml:space="preserve"> The Bishop knows about war — a chaplain in the First World War...1918... the battlefields of France.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(Softly, looking down, remembering)</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Battle of Argonne... death everywhere...</w:t>
      </w:r>
      <w:r>
        <w:rPr>
          <w:rFonts w:ascii="Times New Roman" w:hAnsi="Times New Roman"/>
          <w:i/>
          <w:color w:val="000000"/>
          <w:sz w:val="32"/>
        </w:rPr>
        <w:t>(Looking off)</w:t>
      </w:r>
      <w:r>
        <w:rPr>
          <w:rFonts w:ascii="Times New Roman" w:hAnsi="Times New Roman"/>
          <w:i w:val="0"/>
          <w:color w:val="000000"/>
          <w:sz w:val="32"/>
        </w:rPr>
        <w:t>... too many last rites...</w:t>
      </w:r>
    </w:p>
    <w:p>
      <w:pPr>
        <w:pStyle w:val="StageDirection"/>
        <w:ind w:left="0" w:right="0" w:firstLine="0"/>
        <w:jc w:val="left"/>
      </w:pPr>
      <w:r>
        <w:rPr>
          <w:rFonts w:ascii="Times New Roman" w:hAnsi="Times New Roman"/>
          <w:i/>
          <w:color w:val="000000"/>
          <w:sz w:val="32"/>
        </w:rPr>
        <w:t>(She looks at him, then —)</w:t>
      </w:r>
    </w:p>
    <w:p>
      <w:pPr>
        <w:pStyle w:val="StageDirection"/>
        <w:ind w:left="0" w:right="0" w:firstLine="0"/>
        <w:jc w:val="left"/>
      </w:pPr>
      <w:r>
        <w:rPr>
          <w:rFonts w:ascii="Times New Roman" w:hAnsi="Times New Roman"/>
          <w:i/>
          <w:color w:val="000000"/>
          <w:sz w:val="32"/>
        </w:rPr>
        <w:t>(#5 Slide — Greek lion.)</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My brother’s not on a battlefield, thank God... over in... well, we don't know... North Africa or Burma or... anyway, kept secret by the government... engineers searching for oil... for the war effort. Jim's second war... no longer young... not had word for some time... takes chances, so I worry...</w:t>
      </w:r>
    </w:p>
    <w:p>
      <w:pPr>
        <w:pStyle w:val="StageDirection"/>
        <w:ind w:left="0" w:right="0" w:firstLine="0"/>
        <w:jc w:val="left"/>
      </w:pPr>
      <w:r>
        <w:rPr>
          <w:rFonts w:ascii="Times New Roman" w:hAnsi="Times New Roman"/>
          <w:i/>
          <w:color w:val="000000"/>
          <w:sz w:val="32"/>
        </w:rPr>
        <w:t>(Bishop O’Hara gives her a look of concern, shifts in his chair.)</w:t>
      </w:r>
    </w:p>
    <w:p>
      <w:pPr>
        <w:ind w:left="0" w:right="0" w:firstLine="0"/>
        <w:jc w:val="left"/>
      </w:pPr>
      <w:r>
        <w:rPr>
          <w:rFonts w:ascii="Times New Roman" w:hAnsi="Times New Roman"/>
          <w:i w:val="0"/>
          <w:color w:val="000000"/>
          <w:sz w:val="32"/>
        </w:rPr>
        <w:t>So... as we go along... would like to discuss some things that bear on art, mine and others, I don't usually talk about...</w:t>
      </w:r>
    </w:p>
    <w:p>
      <w:pPr>
        <w:pStyle w:val="StageDirection"/>
        <w:ind w:left="0" w:right="0" w:firstLine="0"/>
        <w:jc w:val="left"/>
      </w:pPr>
      <w:r>
        <w:rPr>
          <w:rFonts w:ascii="Times New Roman" w:hAnsi="Times New Roman"/>
          <w:i/>
          <w:color w:val="000000"/>
          <w:sz w:val="32"/>
        </w:rPr>
        <w:t>(Pause, briskly, glancing back at image.)</w:t>
      </w:r>
    </w:p>
    <w:p>
      <w:pPr>
        <w:ind w:left="0" w:right="0" w:firstLine="0"/>
        <w:jc w:val="left"/>
      </w:pPr>
      <w:r>
        <w:rPr>
          <w:rFonts w:ascii="Times New Roman" w:hAnsi="Times New Roman"/>
          <w:i w:val="0"/>
          <w:color w:val="000000"/>
          <w:sz w:val="32"/>
        </w:rPr>
        <w:t>This, though, falls within our usual parameters — stone sculpture of a lion, found in the museum’s classical gallery. Greek, four centuries before Christ.</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A few wars since then...</w:t>
      </w:r>
    </w:p>
    <w:p>
      <w:pPr>
        <w:pStyle w:val="StageDirection"/>
        <w:ind w:left="0" w:right="0" w:firstLine="0"/>
        <w:jc w:val="left"/>
      </w:pPr>
      <w:r>
        <w:rPr>
          <w:rFonts w:ascii="Times New Roman" w:hAnsi="Times New Roman"/>
          <w:i/>
          <w:color w:val="000000"/>
          <w:sz w:val="32"/>
        </w:rPr>
        <w:t>(#6 Slide — Chinese lion.)</w:t>
      </w:r>
    </w:p>
    <w:p>
      <w:pPr>
        <w:ind w:left="0" w:right="0" w:firstLine="0"/>
        <w:jc w:val="left"/>
      </w:pPr>
      <w:r>
        <w:rPr>
          <w:rFonts w:ascii="Times New Roman" w:hAnsi="Times New Roman"/>
          <w:i w:val="0"/>
          <w:color w:val="000000"/>
          <w:sz w:val="32"/>
        </w:rPr>
        <w:t>Chinese lion of the seventh century after Christ. In the Chinese Gallery, of course.</w:t>
      </w:r>
    </w:p>
    <w:p>
      <w:pPr>
        <w:pStyle w:val="StageDirection"/>
        <w:ind w:left="0" w:right="0" w:firstLine="0"/>
        <w:jc w:val="left"/>
      </w:pPr>
      <w:r>
        <w:rPr>
          <w:rFonts w:ascii="Times New Roman" w:hAnsi="Times New Roman"/>
          <w:i/>
          <w:color w:val="000000"/>
          <w:sz w:val="32"/>
        </w:rPr>
        <w:t>(#7 Slide back to the Greek lion.)</w:t>
      </w:r>
    </w:p>
    <w:p>
      <w:pPr>
        <w:ind w:left="0" w:right="0" w:firstLine="0"/>
        <w:jc w:val="left"/>
      </w:pPr>
      <w:r>
        <w:rPr>
          <w:rFonts w:ascii="Times New Roman" w:hAnsi="Times New Roman"/>
          <w:i w:val="0"/>
          <w:color w:val="000000"/>
          <w:sz w:val="32"/>
        </w:rPr>
        <w:t>... as far apart in conception —</w:t>
      </w:r>
    </w:p>
    <w:p>
      <w:pPr>
        <w:pStyle w:val="StageDirection"/>
        <w:ind w:left="0" w:right="0" w:firstLine="0"/>
        <w:jc w:val="left"/>
      </w:pPr>
      <w:r>
        <w:rPr>
          <w:rFonts w:ascii="Times New Roman" w:hAnsi="Times New Roman"/>
          <w:i/>
          <w:color w:val="000000"/>
          <w:sz w:val="32"/>
        </w:rPr>
        <w:t>(#8 Slide back to the Chinese lion.)</w:t>
      </w:r>
    </w:p>
    <w:p>
      <w:pPr>
        <w:ind w:left="0" w:right="0" w:firstLine="0"/>
        <w:jc w:val="left"/>
      </w:pPr>
      <w:r>
        <w:rPr>
          <w:rFonts w:ascii="Times New Roman" w:hAnsi="Times New Roman"/>
          <w:i w:val="0"/>
          <w:color w:val="000000"/>
          <w:sz w:val="32"/>
        </w:rPr>
        <w:t>— as China from Greece.</w:t>
      </w:r>
    </w:p>
    <w:p>
      <w:pPr>
        <w:ind w:left="0" w:right="0" w:firstLine="0"/>
        <w:jc w:val="left"/>
      </w:pPr>
      <w:r>
        <w:rPr>
          <w:rFonts w:ascii="Times New Roman" w:hAnsi="Times New Roman"/>
          <w:i w:val="0"/>
          <w:color w:val="000000"/>
          <w:sz w:val="32"/>
        </w:rPr>
        <w:t>Both distinctly different from the image of —</w:t>
      </w:r>
    </w:p>
    <w:p>
      <w:pPr>
        <w:pStyle w:val="StageDirection"/>
        <w:ind w:left="0" w:right="0" w:firstLine="0"/>
        <w:jc w:val="left"/>
      </w:pPr>
      <w:r>
        <w:rPr>
          <w:rFonts w:ascii="Times New Roman" w:hAnsi="Times New Roman"/>
          <w:i/>
          <w:color w:val="000000"/>
          <w:sz w:val="32"/>
        </w:rPr>
        <w:t>(#9 Slide — photograph of a lion.)</w:t>
      </w:r>
    </w:p>
    <w:p>
      <w:pPr>
        <w:ind w:left="0" w:right="0" w:firstLine="0"/>
        <w:jc w:val="left"/>
      </w:pPr>
      <w:r>
        <w:rPr>
          <w:rFonts w:ascii="Times New Roman" w:hAnsi="Times New Roman"/>
          <w:i w:val="0"/>
          <w:color w:val="000000"/>
          <w:sz w:val="32"/>
        </w:rPr>
        <w:t>— a real lion... snapped this the other day in your zoo.</w:t>
      </w:r>
    </w:p>
    <w:p>
      <w:pPr>
        <w:pStyle w:val="StageDirection"/>
        <w:ind w:left="0" w:right="0" w:firstLine="0"/>
        <w:jc w:val="left"/>
      </w:pPr>
      <w:r>
        <w:rPr>
          <w:rFonts w:ascii="Times New Roman" w:hAnsi="Times New Roman"/>
          <w:i/>
          <w:color w:val="000000"/>
          <w:sz w:val="32"/>
        </w:rPr>
        <w:t>(Smiles, sensually:)</w:t>
      </w:r>
    </w:p>
    <w:p>
      <w:pPr>
        <w:ind w:left="0" w:right="0" w:firstLine="0"/>
        <w:jc w:val="left"/>
      </w:pPr>
      <w:r>
        <w:rPr>
          <w:rFonts w:ascii="Times New Roman" w:hAnsi="Times New Roman"/>
          <w:i w:val="0"/>
          <w:color w:val="000000"/>
          <w:sz w:val="32"/>
        </w:rPr>
        <w:t>Handsome galoot, isn’t he? Lazy, too.</w:t>
      </w:r>
    </w:p>
    <w:p>
      <w:pPr>
        <w:pStyle w:val="StageDirection"/>
        <w:ind w:left="0" w:right="0" w:firstLine="0"/>
        <w:jc w:val="left"/>
      </w:pPr>
      <w:r>
        <w:rPr>
          <w:rFonts w:ascii="Times New Roman" w:hAnsi="Times New Roman"/>
          <w:i/>
          <w:color w:val="000000"/>
          <w:sz w:val="32"/>
        </w:rPr>
        <w:t>(Reversing slides, #10, 11 and 12)</w:t>
      </w:r>
    </w:p>
    <w:p>
      <w:pPr>
        <w:ind w:left="0" w:right="0" w:firstLine="0"/>
        <w:jc w:val="left"/>
      </w:pPr>
      <w:r>
        <w:rPr>
          <w:rFonts w:ascii="Times New Roman" w:hAnsi="Times New Roman"/>
          <w:i w:val="0"/>
          <w:color w:val="000000"/>
          <w:sz w:val="32"/>
        </w:rPr>
        <w:t>These statues resemble our lion only remotely as subject matter, but absolutely as to its attributes.</w:t>
      </w:r>
    </w:p>
    <w:p>
      <w:pPr>
        <w:ind w:left="0" w:right="0" w:firstLine="0"/>
        <w:jc w:val="left"/>
      </w:pPr>
      <w:r>
        <w:rPr>
          <w:rFonts w:ascii="Times New Roman" w:hAnsi="Times New Roman"/>
          <w:i w:val="0"/>
          <w:color w:val="000000"/>
          <w:sz w:val="32"/>
        </w:rPr>
        <w:t>Kingliness and ferocity depicted to the point of exaggeration through, ironically, economy of design... the deliberate discarding of nonessential details.</w:t>
      </w:r>
    </w:p>
    <w:p>
      <w:pPr>
        <w:ind w:left="0" w:right="0" w:firstLine="0"/>
        <w:jc w:val="left"/>
      </w:pPr>
      <w:r>
        <w:rPr>
          <w:rFonts w:ascii="Times New Roman" w:hAnsi="Times New Roman"/>
          <w:i w:val="0"/>
          <w:color w:val="000000"/>
          <w:sz w:val="32"/>
        </w:rPr>
        <w:t>Details may be seen in the ‘absolutely truthful’ product of the camera —</w:t>
      </w:r>
    </w:p>
    <w:p>
      <w:pPr>
        <w:pStyle w:val="StageDirection"/>
        <w:ind w:left="0" w:right="0" w:firstLine="0"/>
        <w:jc w:val="left"/>
      </w:pPr>
      <w:r>
        <w:rPr>
          <w:rFonts w:ascii="Times New Roman" w:hAnsi="Times New Roman"/>
          <w:i/>
          <w:color w:val="000000"/>
          <w:sz w:val="32"/>
        </w:rPr>
        <w:t>(#13 Slide of photograph of lion.)</w:t>
      </w:r>
    </w:p>
    <w:p>
      <w:pPr>
        <w:ind w:left="0" w:right="0" w:firstLine="0"/>
        <w:jc w:val="left"/>
      </w:pPr>
      <w:r>
        <w:rPr>
          <w:rFonts w:ascii="Times New Roman" w:hAnsi="Times New Roman"/>
          <w:i w:val="0"/>
          <w:color w:val="000000"/>
          <w:sz w:val="32"/>
        </w:rPr>
        <w:t>— which reduces our large cat to the importance of a contented house cat sprawled on a hearth rug.</w:t>
      </w:r>
    </w:p>
    <w:p>
      <w:pPr>
        <w:pStyle w:val="StageDirection"/>
        <w:ind w:left="0" w:right="0" w:firstLine="0"/>
        <w:jc w:val="left"/>
      </w:pPr>
      <w:r>
        <w:rPr>
          <w:rFonts w:ascii="Times New Roman" w:hAnsi="Times New Roman"/>
          <w:i/>
          <w:color w:val="000000"/>
          <w:sz w:val="32"/>
        </w:rPr>
        <w:t>(Looks at the lion for a few moments — then glances at O’Hara.)</w:t>
      </w:r>
    </w:p>
    <w:p>
      <w:pPr>
        <w:ind w:left="0" w:right="0" w:firstLine="0"/>
        <w:jc w:val="left"/>
      </w:pPr>
      <w:r>
        <w:rPr>
          <w:rFonts w:ascii="Times New Roman" w:hAnsi="Times New Roman"/>
          <w:i w:val="0"/>
          <w:color w:val="000000"/>
          <w:sz w:val="32"/>
        </w:rPr>
        <w:t>You'll note this isn’t a “Catholic’’ photograph, anymore than the previous image was a Catholic sculpture. In fact, this is the sort of fellow made a habit of eating Catholics.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(Pained, but good naturedly)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Something we'd like to keep in the past, Effie — lions eating Catholics.</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(Smiles)</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You might as well know — we had a tussle over the title of this lecture. Over the word “Catholic. ’’ I thought it should be simply “Notes on Art. ’’</w:t>
      </w:r>
    </w:p>
    <w:p>
      <w:pPr>
        <w:ind w:left="0" w:right="0" w:firstLine="0"/>
        <w:jc w:val="left"/>
      </w:pPr>
      <w:r>
        <w:rPr>
          <w:rFonts w:ascii="Times New Roman" w:hAnsi="Times New Roman"/>
          <w:i w:val="0"/>
          <w:color w:val="000000"/>
          <w:sz w:val="32"/>
        </w:rPr>
        <w:t>I’m quite proud of being Catholic... I like being Catholic, but I truly feel art’s for everyone, as God’s for everyone.</w:t>
      </w:r>
    </w:p>
    <w:p>
      <w:pPr>
        <w:ind w:left="0" w:right="0" w:firstLine="0"/>
        <w:jc w:val="left"/>
      </w:pPr>
      <w:r>
        <w:rPr>
          <w:rFonts w:ascii="Times New Roman" w:hAnsi="Times New Roman"/>
          <w:i w:val="0"/>
          <w:color w:val="000000"/>
          <w:sz w:val="32"/>
        </w:rPr>
        <w:t>A pagan may be taken by a “Catholic” art work, as we may be charmed by a pagan work of art... if you take my meaning.</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(Intentionally Irish, with some humor but clearly irritated)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Aye, that we do, Effie my dear.</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Aye, I won’t budge from that.</w:t>
      </w:r>
    </w:p>
    <w:p>
      <w:pPr>
        <w:pStyle w:val="StageDirection"/>
        <w:ind w:left="0" w:right="0" w:firstLine="0"/>
        <w:jc w:val="left"/>
      </w:pPr>
      <w:r>
        <w:rPr>
          <w:rFonts w:ascii="Times New Roman" w:hAnsi="Times New Roman"/>
          <w:i/>
          <w:color w:val="000000"/>
          <w:sz w:val="32"/>
        </w:rPr>
        <w:t>(#14 Slide: a painting of night, a city on fire.)</w:t>
      </w:r>
    </w:p>
    <w:p>
      <w:pPr>
        <w:pStyle w:val="StageDirection"/>
        <w:ind w:left="0" w:right="0" w:firstLine="0"/>
        <w:jc w:val="left"/>
      </w:pPr>
      <w:r>
        <w:rPr>
          <w:rFonts w:ascii="Times New Roman" w:hAnsi="Times New Roman"/>
          <w:i/>
          <w:color w:val="000000"/>
          <w:sz w:val="32"/>
        </w:rPr>
        <w:t>(She stares, pause, with some difficulty:)</w:t>
      </w:r>
    </w:p>
    <w:p>
      <w:pPr>
        <w:ind w:left="0" w:right="0" w:firstLine="0"/>
        <w:jc w:val="left"/>
      </w:pPr>
      <w:r>
        <w:rPr>
          <w:rFonts w:ascii="Times New Roman" w:hAnsi="Times New Roman"/>
          <w:i w:val="0"/>
          <w:color w:val="000000"/>
          <w:sz w:val="32"/>
        </w:rPr>
        <w:t>When people lecture, we need to know where they come from... what gives them their point of view... makes them the way they are, if we’re to credit them at all.</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So... my memory of April 18, 1906 — the San Francisco earthquake and fire... with mother... we ran through the night... painted a year after...</w:t>
      </w:r>
    </w:p>
    <w:p>
      <w:pPr>
        <w:ind w:left="0" w:right="0" w:firstLine="0"/>
        <w:jc w:val="left"/>
      </w:pPr>
      <w:r>
        <w:rPr>
          <w:rFonts w:ascii="Times New Roman" w:hAnsi="Times New Roman"/>
          <w:i w:val="0"/>
          <w:color w:val="000000"/>
          <w:sz w:val="32"/>
        </w:rPr>
        <w:t>... because time’s needed to distill ideas and emotions.</w:t>
      </w:r>
    </w:p>
    <w:p>
      <w:pPr>
        <w:ind w:left="0" w:right="0" w:firstLine="0"/>
        <w:jc w:val="left"/>
      </w:pPr>
      <w:r>
        <w:rPr>
          <w:rFonts w:ascii="Times New Roman" w:hAnsi="Times New Roman"/>
          <w:i w:val="0"/>
          <w:color w:val="000000"/>
          <w:sz w:val="32"/>
        </w:rPr>
        <w:t>Why artists often paint from memory. The reporter... the news photographer... says, “I must get it now!” The artist can take her time, the images filtering through the unconscious or subconscious...</w:t>
      </w:r>
    </w:p>
    <w:p>
      <w:pPr>
        <w:pStyle w:val="StageDirection"/>
        <w:ind w:left="0" w:right="0" w:firstLine="0"/>
        <w:jc w:val="left"/>
      </w:pPr>
      <w:r>
        <w:rPr>
          <w:rFonts w:ascii="Times New Roman" w:hAnsi="Times New Roman"/>
          <w:i/>
          <w:color w:val="000000"/>
          <w:sz w:val="32"/>
        </w:rPr>
        <w:t>(Looks at it a moment.)</w:t>
      </w:r>
    </w:p>
    <w:p>
      <w:pPr>
        <w:ind w:left="0" w:right="0" w:firstLine="0"/>
        <w:jc w:val="left"/>
      </w:pPr>
      <w:r>
        <w:rPr>
          <w:rFonts w:ascii="Times New Roman" w:hAnsi="Times New Roman"/>
          <w:i w:val="0"/>
          <w:color w:val="000000"/>
          <w:sz w:val="32"/>
        </w:rPr>
        <w:t>Lacks certain “detail’’... buildings falling, people running, odor of burning flesh. Not altogether happy with it... yet, hope one can sense the terror... the “Where to run.”</w:t>
      </w:r>
    </w:p>
    <w:p>
      <w:pPr>
        <w:pStyle w:val="StageDirection"/>
        <w:ind w:left="0" w:right="0" w:firstLine="0"/>
        <w:jc w:val="left"/>
      </w:pPr>
      <w:r>
        <w:rPr>
          <w:rFonts w:ascii="Times New Roman" w:hAnsi="Times New Roman"/>
          <w:i/>
          <w:color w:val="000000"/>
          <w:sz w:val="32"/>
        </w:rPr>
        <w:t>(Tense.)</w:t>
      </w:r>
    </w:p>
    <w:p>
      <w:pPr>
        <w:ind w:left="0" w:right="0" w:firstLine="0"/>
        <w:jc w:val="left"/>
      </w:pPr>
      <w:r>
        <w:rPr>
          <w:rFonts w:ascii="Times New Roman" w:hAnsi="Times New Roman"/>
          <w:i w:val="0"/>
          <w:color w:val="000000"/>
          <w:sz w:val="32"/>
        </w:rPr>
        <w:t>One can paint the stench of burning flesh. Never doubt it. Not me, but the great ones... Goya, for instance... He understood flesh and pain... Artists such as Goya, one envies them, yet one doesn’t.</w:t>
      </w:r>
    </w:p>
    <w:p>
      <w:pPr>
        <w:ind w:left="0" w:right="0" w:firstLine="0"/>
        <w:jc w:val="left"/>
      </w:pPr>
      <w:r>
        <w:rPr>
          <w:rFonts w:ascii="Times New Roman" w:hAnsi="Times New Roman"/>
          <w:i w:val="0"/>
          <w:color w:val="000000"/>
          <w:sz w:val="32"/>
        </w:rPr>
        <w:t>It’s enough for me I can’t forget... forget that night... forget them pursuing us... like living things... hounds... wolves... leaping... dancing... the flames...</w:t>
      </w:r>
    </w:p>
    <w:p>
      <w:pPr>
        <w:pStyle w:val="StageDirection"/>
        <w:ind w:left="0" w:right="0" w:firstLine="0"/>
        <w:jc w:val="left"/>
      </w:pPr>
      <w:r>
        <w:rPr>
          <w:rFonts w:ascii="Times New Roman" w:hAnsi="Times New Roman"/>
          <w:i/>
          <w:color w:val="000000"/>
          <w:sz w:val="32"/>
        </w:rPr>
        <w:t>(Pause. Lighting changes, will go dark on O’Hara, the light, only on her, becomes a golden, fire-like glow She steps forward and begins singing.)</w:t>
      </w:r>
    </w:p>
    <w:p>
      <w:pPr>
        <w:pStyle w:val="SongTitle"/>
        <w:ind w:left="0" w:right="0" w:firstLine="0"/>
        <w:jc w:val="left"/>
      </w:pPr>
      <w:r>
        <w:rPr>
          <w:rFonts w:ascii="Times New Roman" w:hAnsi="Times New Roman"/>
          <w:i/>
          <w:color w:val="000000"/>
          <w:sz w:val="32"/>
        </w:rPr>
        <w:t>“The Flames”</w:t>
      </w:r>
    </w:p>
    <w:p>
      <w:pPr>
        <w:pStyle w:val="Song"/>
        <w:ind w:left="0" w:right="0" w:firstLine="0"/>
        <w:jc w:val="left"/>
      </w:pPr>
      <w:r>
        <w:rPr>
          <w:rFonts w:ascii="Times New Roman" w:hAnsi="Times New Roman"/>
          <w:color w:val="000000"/>
          <w:sz w:val="32"/>
        </w:rPr>
        <w:t>The flames</w:t>
      </w:r>
      <w:r>
        <w:rPr>
          <w:color w:val="000000"/>
          <w:sz w:val="32"/>
        </w:rPr>
        <w:br/>
      </w:r>
      <w:r>
        <w:rPr>
          <w:rFonts w:ascii="Times New Roman" w:hAnsi="Times New Roman"/>
          <w:color w:val="000000"/>
          <w:sz w:val="32"/>
        </w:rPr>
        <w:t>Dancing with us through the night,</w:t>
      </w:r>
      <w:r>
        <w:rPr>
          <w:color w:val="000000"/>
          <w:sz w:val="32"/>
        </w:rPr>
        <w:br/>
      </w:r>
      <w:r>
        <w:rPr>
          <w:rFonts w:ascii="Times New Roman" w:hAnsi="Times New Roman"/>
          <w:color w:val="000000"/>
          <w:sz w:val="32"/>
        </w:rPr>
        <w:t>A city on fire, under the crimson light.</w:t>
      </w:r>
      <w:r>
        <w:rPr>
          <w:color w:val="000000"/>
          <w:sz w:val="32"/>
        </w:rPr>
        <w:br/>
      </w:r>
      <w:r>
        <w:rPr>
          <w:rFonts w:ascii="Times New Roman" w:hAnsi="Times New Roman"/>
          <w:color w:val="000000"/>
          <w:sz w:val="32"/>
        </w:rPr>
        <w:t>Chaos of that fateful day.</w:t>
      </w:r>
    </w:p>
    <w:p>
      <w:pPr>
        <w:pStyle w:val="Song"/>
        <w:ind w:left="0" w:right="0" w:firstLine="0"/>
        <w:jc w:val="left"/>
      </w:pPr>
      <w:r>
        <w:rPr>
          <w:rFonts w:ascii="Times New Roman" w:hAnsi="Times New Roman"/>
          <w:color w:val="000000"/>
          <w:sz w:val="32"/>
        </w:rPr>
        <w:t>A rag with our names,</w:t>
      </w:r>
      <w:r>
        <w:rPr>
          <w:color w:val="000000"/>
          <w:sz w:val="32"/>
        </w:rPr>
        <w:br/>
      </w:r>
      <w:r>
        <w:rPr>
          <w:rFonts w:ascii="Times New Roman" w:hAnsi="Times New Roman"/>
          <w:color w:val="000000"/>
          <w:sz w:val="32"/>
        </w:rPr>
        <w:t>in case we were lost,</w:t>
      </w:r>
      <w:r>
        <w:rPr>
          <w:color w:val="000000"/>
          <w:sz w:val="32"/>
        </w:rPr>
        <w:br/>
      </w:r>
      <w:r>
        <w:rPr>
          <w:rFonts w:ascii="Times New Roman" w:hAnsi="Times New Roman"/>
          <w:color w:val="000000"/>
          <w:sz w:val="32"/>
        </w:rPr>
        <w:t>Refugees adrift</w:t>
      </w:r>
      <w:r>
        <w:rPr>
          <w:color w:val="000000"/>
          <w:sz w:val="32"/>
        </w:rPr>
        <w:br/>
      </w:r>
      <w:r>
        <w:rPr>
          <w:rFonts w:ascii="Times New Roman" w:hAnsi="Times New Roman"/>
          <w:color w:val="000000"/>
          <w:sz w:val="32"/>
        </w:rPr>
        <w:t>in canvas tents.</w:t>
      </w:r>
    </w:p>
    <w:p>
      <w:pPr>
        <w:pStyle w:val="Song"/>
        <w:ind w:left="0" w:right="0" w:firstLine="0"/>
        <w:jc w:val="left"/>
      </w:pPr>
      <w:r>
        <w:rPr>
          <w:rFonts w:ascii="Times New Roman" w:hAnsi="Times New Roman"/>
          <w:color w:val="000000"/>
          <w:sz w:val="32"/>
        </w:rPr>
        <w:t>In times</w:t>
      </w:r>
      <w:r>
        <w:rPr>
          <w:color w:val="000000"/>
          <w:sz w:val="32"/>
        </w:rPr>
        <w:br/>
      </w:r>
      <w:r>
        <w:rPr>
          <w:rFonts w:ascii="Times New Roman" w:hAnsi="Times New Roman"/>
          <w:color w:val="000000"/>
          <w:sz w:val="32"/>
        </w:rPr>
        <w:t>of despair, where do we run?</w:t>
      </w:r>
      <w:r>
        <w:rPr>
          <w:color w:val="000000"/>
          <w:sz w:val="32"/>
        </w:rPr>
        <w:br/>
      </w:r>
      <w:r>
        <w:rPr>
          <w:rFonts w:ascii="Times New Roman" w:hAnsi="Times New Roman"/>
          <w:color w:val="000000"/>
          <w:sz w:val="32"/>
        </w:rPr>
        <w:t>Somewhere straight away from the sun.</w:t>
      </w:r>
      <w:r>
        <w:rPr>
          <w:color w:val="000000"/>
          <w:sz w:val="32"/>
        </w:rPr>
        <w:br/>
      </w:r>
      <w:r>
        <w:rPr>
          <w:rFonts w:ascii="Times New Roman" w:hAnsi="Times New Roman"/>
          <w:color w:val="000000"/>
          <w:sz w:val="32"/>
        </w:rPr>
        <w:t>Underneath the rain.</w:t>
      </w:r>
    </w:p>
    <w:p>
      <w:pPr>
        <w:pStyle w:val="Song"/>
        <w:ind w:left="0" w:right="0" w:firstLine="0"/>
        <w:jc w:val="left"/>
      </w:pPr>
      <w:r>
        <w:rPr>
          <w:rFonts w:ascii="Times New Roman" w:hAnsi="Times New Roman"/>
          <w:color w:val="000000"/>
          <w:sz w:val="32"/>
        </w:rPr>
        <w:t>Time dissolves the pain</w:t>
      </w:r>
      <w:r>
        <w:rPr>
          <w:color w:val="000000"/>
          <w:sz w:val="32"/>
        </w:rPr>
        <w:br/>
      </w:r>
      <w:r>
        <w:rPr>
          <w:rFonts w:ascii="Times New Roman" w:hAnsi="Times New Roman"/>
          <w:color w:val="000000"/>
          <w:sz w:val="32"/>
        </w:rPr>
        <w:t>Silence fills the air,</w:t>
      </w:r>
      <w:r>
        <w:rPr>
          <w:color w:val="000000"/>
          <w:sz w:val="32"/>
        </w:rPr>
        <w:br/>
      </w:r>
      <w:r>
        <w:rPr>
          <w:rFonts w:ascii="Times New Roman" w:hAnsi="Times New Roman"/>
          <w:color w:val="000000"/>
          <w:sz w:val="32"/>
        </w:rPr>
        <w:t>Memories of</w:t>
      </w:r>
      <w:r>
        <w:rPr>
          <w:color w:val="000000"/>
          <w:sz w:val="32"/>
        </w:rPr>
        <w:br/>
      </w:r>
      <w:r>
        <w:rPr>
          <w:rFonts w:ascii="Times New Roman" w:hAnsi="Times New Roman"/>
          <w:color w:val="000000"/>
          <w:sz w:val="32"/>
        </w:rPr>
        <w:t>the bygone days.</w:t>
      </w:r>
    </w:p>
    <w:p>
      <w:pPr>
        <w:pStyle w:val="StageDirection"/>
        <w:ind w:left="0" w:right="0" w:firstLine="0"/>
        <w:jc w:val="left"/>
      </w:pPr>
      <w:r>
        <w:rPr>
          <w:rFonts w:ascii="Times New Roman" w:hAnsi="Times New Roman"/>
          <w:i/>
          <w:color w:val="000000"/>
          <w:sz w:val="32"/>
        </w:rPr>
        <w:t>(Chorus.)</w:t>
      </w:r>
    </w:p>
    <w:p>
      <w:pPr>
        <w:pStyle w:val="StageDirection"/>
        <w:ind w:left="0" w:right="0" w:firstLine="0"/>
        <w:jc w:val="left"/>
      </w:pPr>
      <w:r>
        <w:rPr>
          <w:rFonts w:ascii="Times New Roman" w:hAnsi="Times New Roman"/>
          <w:i/>
          <w:color w:val="000000"/>
          <w:sz w:val="32"/>
        </w:rPr>
        <w:t>(Then lighting changes as to before as she steps back to lectern, tense.)</w:t>
      </w:r>
    </w:p>
    <w:p>
      <w:pPr>
        <w:pStyle w:val="StageDirection"/>
        <w:ind w:left="0" w:right="0" w:firstLine="0"/>
        <w:jc w:val="left"/>
      </w:pPr>
      <w:r>
        <w:rPr>
          <w:rFonts w:ascii="Times New Roman" w:hAnsi="Times New Roman"/>
          <w:i/>
          <w:color w:val="000000"/>
          <w:sz w:val="32"/>
        </w:rPr>
        <w:t>(#15 Slide: detail of the image, larger, brush strokes vivid, color more intense.)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(Continuing, softly)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Same painting — agony doing it. Closer. Can you feel the heat...? May remind us of what’s going on in Europe. London’s burning. Man caused, not nature.</w:t>
      </w:r>
    </w:p>
    <w:p>
      <w:pPr>
        <w:pStyle w:val="StageDirection"/>
        <w:ind w:left="0" w:right="0" w:firstLine="0"/>
        <w:jc w:val="left"/>
      </w:pPr>
      <w:r>
        <w:rPr>
          <w:rFonts w:ascii="Times New Roman" w:hAnsi="Times New Roman"/>
          <w:i/>
          <w:color w:val="000000"/>
          <w:sz w:val="32"/>
        </w:rPr>
        <w:t>(Pause, wonderingly.)</w:t>
      </w:r>
    </w:p>
    <w:p>
      <w:pPr>
        <w:ind w:left="0" w:right="0" w:firstLine="0"/>
        <w:jc w:val="left"/>
      </w:pPr>
      <w:r>
        <w:rPr>
          <w:rFonts w:ascii="Times New Roman" w:hAnsi="Times New Roman"/>
          <w:i w:val="0"/>
          <w:color w:val="000000"/>
          <w:sz w:val="32"/>
        </w:rPr>
        <w:t>In London I saw Sarah Bernhardt as Camille. Five times I saw Isadora Duncan dance... in London, then again in Paris. Her mastery of self-expression! — found it... stunning! ... so moving.</w:t>
      </w:r>
    </w:p>
    <w:p>
      <w:pPr>
        <w:ind w:left="0" w:right="0" w:firstLine="0"/>
        <w:jc w:val="left"/>
      </w:pPr>
      <w:r>
        <w:rPr>
          <w:rFonts w:ascii="Times New Roman" w:hAnsi="Times New Roman"/>
          <w:i w:val="0"/>
          <w:color w:val="000000"/>
          <w:sz w:val="32"/>
        </w:rPr>
        <w:t>Never seen anything like it. That was before the first war.</w:t>
      </w:r>
    </w:p>
    <w:p>
      <w:pPr>
        <w:ind w:left="0" w:right="0" w:firstLine="0"/>
        <w:jc w:val="left"/>
      </w:pPr>
      <w:r>
        <w:rPr>
          <w:rFonts w:ascii="Times New Roman" w:hAnsi="Times New Roman"/>
          <w:i w:val="0"/>
          <w:color w:val="000000"/>
          <w:sz w:val="32"/>
        </w:rPr>
        <w:t>Bernhardt’s dead... as is Duncan.</w:t>
      </w:r>
    </w:p>
    <w:p>
      <w:pPr>
        <w:ind w:left="0" w:right="0" w:firstLine="0"/>
        <w:jc w:val="left"/>
      </w:pPr>
      <w:r>
        <w:rPr>
          <w:rFonts w:ascii="Times New Roman" w:hAnsi="Times New Roman"/>
          <w:i w:val="0"/>
          <w:color w:val="000000"/>
          <w:sz w:val="32"/>
        </w:rPr>
        <w:t>One can hardly forget Duncan’s dead, the way she died — the scarf tangled in the car wheel. Cried when I heard.</w:t>
      </w:r>
    </w:p>
    <w:p>
      <w:pPr>
        <w:pStyle w:val="StageDirection"/>
        <w:ind w:left="0" w:right="0" w:firstLine="0"/>
        <w:jc w:val="left"/>
      </w:pPr>
      <w:r>
        <w:rPr>
          <w:rFonts w:ascii="Times New Roman" w:hAnsi="Times New Roman"/>
          <w:i/>
          <w:color w:val="000000"/>
          <w:sz w:val="32"/>
        </w:rPr>
        <w:t>(#16 Slide: names scribbled on white rag labels.)</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What’s this, you may well ask. It's still that night.</w:t>
      </w:r>
    </w:p>
    <w:p>
      <w:pPr>
        <w:ind w:left="0" w:right="0" w:firstLine="0"/>
        <w:jc w:val="left"/>
      </w:pPr>
      <w:r>
        <w:rPr>
          <w:rFonts w:ascii="Times New Roman" w:hAnsi="Times New Roman"/>
          <w:i w:val="0"/>
          <w:color w:val="000000"/>
          <w:sz w:val="32"/>
        </w:rPr>
        <w:t>We tore off pieces of rag, Mother and I, wrote our names and address and pinned them to our coats... should we have died that night, our identity might be known.</w:t>
      </w:r>
    </w:p>
    <w:p>
      <w:pPr>
        <w:ind w:left="0" w:right="0" w:firstLine="0"/>
        <w:jc w:val="left"/>
      </w:pPr>
      <w:r>
        <w:rPr>
          <w:rFonts w:ascii="Times New Roman" w:hAnsi="Times New Roman"/>
          <w:i w:val="0"/>
          <w:color w:val="000000"/>
          <w:sz w:val="32"/>
        </w:rPr>
        <w:t>The next day we discovered many people did this. For them, us... death was not as great a fear as... of bodies being disposed of... anonymously.</w:t>
      </w:r>
    </w:p>
    <w:p>
      <w:pPr>
        <w:ind w:left="0" w:right="0" w:firstLine="0"/>
        <w:jc w:val="left"/>
      </w:pPr>
      <w:r>
        <w:rPr>
          <w:rFonts w:ascii="Times New Roman" w:hAnsi="Times New Roman"/>
          <w:i w:val="0"/>
          <w:color w:val="000000"/>
          <w:sz w:val="32"/>
        </w:rPr>
        <w:t>I've never forgotten that.</w:t>
      </w:r>
    </w:p>
    <w:p>
      <w:pPr>
        <w:ind w:left="0" w:right="0" w:firstLine="0"/>
        <w:jc w:val="left"/>
      </w:pPr>
      <w:r>
        <w:rPr>
          <w:rFonts w:ascii="Times New Roman" w:hAnsi="Times New Roman"/>
          <w:i w:val="0"/>
          <w:color w:val="000000"/>
          <w:sz w:val="32"/>
        </w:rPr>
        <w:t>They dynamited our house... to halt the progress of the fire. Ours one of many to be destroyed that way... it almost worked.</w:t>
      </w:r>
    </w:p>
    <w:p>
      <w:pPr>
        <w:ind w:left="0" w:right="0" w:firstLine="0"/>
        <w:jc w:val="left"/>
      </w:pPr>
      <w:r>
        <w:rPr>
          <w:rFonts w:ascii="Times New Roman" w:hAnsi="Times New Roman"/>
          <w:i w:val="0"/>
          <w:color w:val="000000"/>
          <w:sz w:val="32"/>
        </w:rPr>
        <w:t>We became refugees, lived in tents. Many homes destroyed that night, many lives... much art, Catholic and otherwise...</w:t>
      </w:r>
    </w:p>
    <w:p>
      <w:pPr>
        <w:pStyle w:val="StageDirection"/>
        <w:ind w:left="0" w:right="0" w:firstLine="0"/>
        <w:jc w:val="left"/>
      </w:pPr>
      <w:r>
        <w:rPr>
          <w:rFonts w:ascii="Times New Roman" w:hAnsi="Times New Roman"/>
          <w:i/>
          <w:color w:val="000000"/>
          <w:sz w:val="32"/>
        </w:rPr>
        <w:t>(She takes a deep breath, glances furtively at O’Hara.)</w:t>
      </w:r>
    </w:p>
    <w:p>
      <w:pPr>
        <w:pStyle w:val="StageDirection"/>
        <w:ind w:left="0" w:right="0" w:firstLine="0"/>
        <w:jc w:val="left"/>
      </w:pPr>
      <w:r>
        <w:rPr>
          <w:rFonts w:ascii="Times New Roman" w:hAnsi="Times New Roman"/>
          <w:i/>
          <w:color w:val="000000"/>
          <w:sz w:val="32"/>
        </w:rPr>
        <w:t>(#17 Slide: black and white photo of a murdered body on a sidewalk.)</w:t>
      </w:r>
    </w:p>
    <w:p>
      <w:pPr>
        <w:pStyle w:val="StageDirection"/>
        <w:ind w:left="0" w:right="0" w:firstLine="0"/>
        <w:jc w:val="left"/>
      </w:pPr>
      <w:r>
        <w:rPr>
          <w:rFonts w:ascii="Times New Roman" w:hAnsi="Times New Roman"/>
          <w:i/>
          <w:color w:val="000000"/>
          <w:sz w:val="32"/>
        </w:rPr>
        <w:t>(Brief silence.)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(Reacting to the image; measured)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 what are you thinking?</w:t>
      </w:r>
    </w:p>
    <w:p>
      <w:pPr>
        <w:pStyle w:val="StageDirection"/>
        <w:ind w:left="0" w:right="0" w:firstLine="0"/>
        <w:jc w:val="left"/>
      </w:pPr>
      <w:r>
        <w:rPr>
          <w:rFonts w:ascii="Times New Roman" w:hAnsi="Times New Roman"/>
          <w:i/>
          <w:color w:val="000000"/>
          <w:sz w:val="32"/>
        </w:rPr>
        <w:t>(She doesn't respond.)</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It’s in bad taste.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(Simply)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Happens.</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Don't care.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Has a point. Like the fire.</w:t>
      </w:r>
    </w:p>
    <w:p>
      <w:pPr>
        <w:pStyle w:val="StageDirection"/>
        <w:ind w:left="0" w:right="0" w:firstLine="0"/>
        <w:jc w:val="left"/>
      </w:pPr>
      <w:r>
        <w:rPr>
          <w:rFonts w:ascii="Times New Roman" w:hAnsi="Times New Roman"/>
          <w:i/>
          <w:color w:val="000000"/>
          <w:sz w:val="32"/>
        </w:rPr>
        <w:t>(A beat.)</w:t>
      </w:r>
    </w:p>
    <w:p>
      <w:pPr>
        <w:ind w:left="0" w:right="0" w:firstLine="0"/>
        <w:jc w:val="left"/>
      </w:pPr>
      <w:r>
        <w:rPr>
          <w:rFonts w:ascii="Times New Roman" w:hAnsi="Times New Roman"/>
          <w:i w:val="0"/>
          <w:color w:val="000000"/>
          <w:sz w:val="32"/>
        </w:rPr>
        <w:t>And when you compare it with what's going on in Europe... the death here...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(Not pleased)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What’s one more...? Well, if you feel you must.</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(A beat)</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Thank you.</w:t>
      </w:r>
    </w:p>
    <w:p>
      <w:pPr>
        <w:ind w:left="0" w:right="0" w:firstLine="0"/>
        <w:jc w:val="left"/>
      </w:pPr>
      <w:r>
        <w:rPr>
          <w:rFonts w:ascii="Times New Roman" w:hAnsi="Times New Roman"/>
          <w:i w:val="0"/>
          <w:color w:val="000000"/>
          <w:sz w:val="32"/>
        </w:rPr>
        <w:t>Victim of a shooting, not San Francisco — New York, on the sidewalk in front of a restaurant, some years ago. A gangster. The moment the shooting takes place, I’m having dinner inside with another distinguished clergyman — an archbishop! Almost as distinguished and brave as Edwin.</w:t>
      </w:r>
    </w:p>
    <w:p>
      <w:pPr>
        <w:ind w:left="0" w:right="0" w:firstLine="0"/>
        <w:jc w:val="left"/>
      </w:pPr>
      <w:r>
        <w:rPr>
          <w:rFonts w:ascii="Times New Roman" w:hAnsi="Times New Roman"/>
          <w:i w:val="0"/>
          <w:color w:val="000000"/>
          <w:sz w:val="32"/>
        </w:rPr>
        <w:t>Did I tell you Edwin wants to integrate hospitals?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(Impatiently)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Yes, Effie, you told them.</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Edwin so brave, such powerful sermons calling for justice, for education for all.</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(Ceding some ground)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Effie, I’m not brave at all. </w:t>
      </w:r>
      <w:r>
        <w:rPr>
          <w:rFonts w:ascii="Times New Roman" w:hAnsi="Times New Roman"/>
          <w:i/>
          <w:color w:val="000000"/>
          <w:sz w:val="32"/>
        </w:rPr>
        <w:t>(To her and audience, standing.)</w:t>
      </w:r>
      <w:r>
        <w:rPr>
          <w:rFonts w:ascii="Times New Roman" w:hAnsi="Times New Roman"/>
          <w:i w:val="0"/>
          <w:color w:val="000000"/>
          <w:sz w:val="32"/>
        </w:rPr>
        <w:t xml:space="preserve"> Not like you and those people who survived the earthquake. I prayed and prayed before giving those sermons, asking for strength. I shook... dizzy each time... feverish... climbing the pulpit... thought I would fall... knowing what I was about to say... if I could...</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But you did.</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Only after prayer... after praying... all the nights before, into the early hours... the same — asking God’s saints to pray for me, give me strength to tell the truth... not strong enough to pray for myself... needed them to put a word in for me... still do.</w:t>
      </w:r>
    </w:p>
    <w:p>
      <w:pPr>
        <w:pStyle w:val="StageDirection"/>
        <w:ind w:left="0" w:right="0" w:firstLine="0"/>
        <w:jc w:val="left"/>
      </w:pPr>
      <w:r>
        <w:rPr>
          <w:rFonts w:ascii="Times New Roman" w:hAnsi="Times New Roman"/>
          <w:i/>
          <w:color w:val="000000"/>
          <w:sz w:val="32"/>
        </w:rPr>
        <w:t>(Lighting changes. He begins singing. When referencing “art,” he looks at Fortune and she responds expressively.)</w:t>
      </w:r>
    </w:p>
    <w:p>
      <w:pPr>
        <w:pStyle w:val="SongTitle"/>
        <w:ind w:left="0" w:right="0" w:firstLine="0"/>
        <w:jc w:val="left"/>
      </w:pPr>
      <w:r>
        <w:rPr>
          <w:rFonts w:ascii="Times New Roman" w:hAnsi="Times New Roman"/>
          <w:i/>
          <w:color w:val="000000"/>
          <w:sz w:val="32"/>
        </w:rPr>
        <w:t>“Pray for Me”</w:t>
      </w:r>
    </w:p>
    <w:p>
      <w:pPr>
        <w:pStyle w:val="Song"/>
        <w:ind w:left="0" w:right="0" w:firstLine="0"/>
        <w:jc w:val="left"/>
      </w:pPr>
      <w:r>
        <w:rPr>
          <w:rFonts w:ascii="Times New Roman" w:hAnsi="Times New Roman"/>
          <w:color w:val="000000"/>
          <w:sz w:val="32"/>
        </w:rPr>
        <w:t>Pray for me,</w:t>
      </w:r>
      <w:r>
        <w:rPr>
          <w:color w:val="000000"/>
          <w:sz w:val="32"/>
        </w:rPr>
        <w:br/>
      </w:r>
      <w:r>
        <w:rPr>
          <w:rFonts w:ascii="Times New Roman" w:hAnsi="Times New Roman"/>
          <w:color w:val="000000"/>
          <w:sz w:val="32"/>
        </w:rPr>
        <w:t>I am here to praise our Lord,</w:t>
      </w:r>
      <w:r>
        <w:rPr>
          <w:color w:val="000000"/>
          <w:sz w:val="32"/>
        </w:rPr>
        <w:br/>
      </w:r>
      <w:r>
        <w:rPr>
          <w:rFonts w:ascii="Times New Roman" w:hAnsi="Times New Roman"/>
          <w:color w:val="000000"/>
          <w:sz w:val="32"/>
        </w:rPr>
        <w:t>In every hue,</w:t>
      </w:r>
      <w:r>
        <w:rPr>
          <w:color w:val="000000"/>
          <w:sz w:val="32"/>
        </w:rPr>
        <w:br/>
      </w:r>
      <w:r>
        <w:rPr>
          <w:rFonts w:ascii="Times New Roman" w:hAnsi="Times New Roman"/>
          <w:color w:val="000000"/>
          <w:sz w:val="32"/>
        </w:rPr>
        <w:t>In abandoned wisps of the paints.</w:t>
      </w:r>
      <w:r>
        <w:rPr>
          <w:color w:val="000000"/>
          <w:sz w:val="32"/>
        </w:rPr>
        <w:br/>
      </w:r>
      <w:r>
        <w:rPr>
          <w:rFonts w:ascii="Times New Roman" w:hAnsi="Times New Roman"/>
          <w:color w:val="000000"/>
          <w:sz w:val="32"/>
        </w:rPr>
        <w:t>Pray for me,</w:t>
      </w:r>
      <w:r>
        <w:rPr>
          <w:color w:val="000000"/>
          <w:sz w:val="32"/>
        </w:rPr>
        <w:br/>
      </w:r>
      <w:r>
        <w:rPr>
          <w:rFonts w:ascii="Times New Roman" w:hAnsi="Times New Roman"/>
          <w:color w:val="000000"/>
          <w:sz w:val="32"/>
        </w:rPr>
        <w:t>There is art in all that we see,</w:t>
      </w:r>
      <w:r>
        <w:rPr>
          <w:color w:val="000000"/>
          <w:sz w:val="32"/>
        </w:rPr>
        <w:br/>
      </w:r>
      <w:r>
        <w:rPr>
          <w:rFonts w:ascii="Times New Roman" w:hAnsi="Times New Roman"/>
          <w:color w:val="000000"/>
          <w:sz w:val="32"/>
        </w:rPr>
        <w:t>In cathedrals, and clouds, in shapes, and in smiles,</w:t>
      </w:r>
      <w:r>
        <w:rPr>
          <w:color w:val="000000"/>
          <w:sz w:val="32"/>
        </w:rPr>
        <w:br/>
      </w:r>
      <w:r>
        <w:rPr>
          <w:rFonts w:ascii="Times New Roman" w:hAnsi="Times New Roman"/>
          <w:color w:val="000000"/>
          <w:sz w:val="32"/>
        </w:rPr>
        <w:t>In everything that I'll be.</w:t>
      </w:r>
    </w:p>
    <w:p>
      <w:pPr>
        <w:pStyle w:val="Song"/>
        <w:ind w:left="0" w:right="0" w:firstLine="0"/>
        <w:jc w:val="left"/>
      </w:pPr>
      <w:r>
        <w:rPr>
          <w:rFonts w:ascii="Times New Roman" w:hAnsi="Times New Roman"/>
          <w:color w:val="000000"/>
          <w:sz w:val="32"/>
        </w:rPr>
        <w:t>In Saint Peter's there is an altar,</w:t>
      </w:r>
      <w:r>
        <w:rPr>
          <w:color w:val="000000"/>
          <w:sz w:val="32"/>
        </w:rPr>
        <w:br/>
      </w:r>
      <w:r>
        <w:rPr>
          <w:rFonts w:ascii="Times New Roman" w:hAnsi="Times New Roman"/>
          <w:color w:val="000000"/>
          <w:sz w:val="32"/>
        </w:rPr>
        <w:t>Retablo del Santo Pedro.</w:t>
      </w:r>
      <w:r>
        <w:rPr>
          <w:color w:val="000000"/>
          <w:sz w:val="32"/>
        </w:rPr>
        <w:br/>
      </w:r>
      <w:r>
        <w:rPr>
          <w:rFonts w:ascii="Times New Roman" w:hAnsi="Times New Roman"/>
          <w:color w:val="000000"/>
          <w:sz w:val="32"/>
        </w:rPr>
        <w:t>Where Peter Apostle is called,</w:t>
      </w:r>
      <w:r>
        <w:rPr>
          <w:color w:val="000000"/>
          <w:sz w:val="32"/>
        </w:rPr>
        <w:br/>
      </w:r>
      <w:r>
        <w:rPr>
          <w:rFonts w:ascii="Times New Roman" w:hAnsi="Times New Roman"/>
          <w:color w:val="000000"/>
          <w:sz w:val="32"/>
        </w:rPr>
        <w:t>Where rooster thrice will crow.</w:t>
      </w:r>
      <w:r>
        <w:rPr>
          <w:color w:val="000000"/>
          <w:sz w:val="32"/>
        </w:rPr>
        <w:br/>
      </w:r>
      <w:r>
        <w:rPr>
          <w:rFonts w:ascii="Times New Roman" w:hAnsi="Times New Roman"/>
          <w:color w:val="000000"/>
          <w:sz w:val="32"/>
        </w:rPr>
        <w:t>And four angels,</w:t>
      </w:r>
      <w:r>
        <w:rPr>
          <w:color w:val="000000"/>
          <w:sz w:val="32"/>
        </w:rPr>
        <w:br/>
      </w:r>
      <w:r>
        <w:rPr>
          <w:rFonts w:ascii="Times New Roman" w:hAnsi="Times New Roman"/>
          <w:color w:val="000000"/>
          <w:sz w:val="32"/>
        </w:rPr>
        <w:t>Dressed in silvery blue.</w:t>
      </w:r>
      <w:r>
        <w:rPr>
          <w:color w:val="000000"/>
          <w:sz w:val="32"/>
        </w:rPr>
        <w:br/>
      </w:r>
      <w:r>
        <w:rPr>
          <w:rFonts w:ascii="Times New Roman" w:hAnsi="Times New Roman"/>
          <w:color w:val="000000"/>
          <w:sz w:val="32"/>
        </w:rPr>
        <w:t>Oh, blessed, blessed be the Lord.</w:t>
      </w:r>
      <w:r>
        <w:rPr>
          <w:color w:val="000000"/>
          <w:sz w:val="32"/>
        </w:rPr>
        <w:br/>
      </w:r>
      <w:r>
        <w:rPr>
          <w:rFonts w:ascii="Times New Roman" w:hAnsi="Times New Roman"/>
          <w:color w:val="000000"/>
          <w:sz w:val="32"/>
        </w:rPr>
        <w:t>Oh, blessed, blessed be the Lord.</w:t>
      </w:r>
    </w:p>
    <w:p>
      <w:pPr>
        <w:pStyle w:val="Song"/>
        <w:ind w:left="0" w:right="0" w:firstLine="0"/>
        <w:jc w:val="left"/>
      </w:pPr>
      <w:r>
        <w:rPr>
          <w:rFonts w:ascii="Times New Roman" w:hAnsi="Times New Roman"/>
          <w:color w:val="000000"/>
          <w:sz w:val="32"/>
        </w:rPr>
        <w:t>Pray for me,</w:t>
      </w:r>
      <w:r>
        <w:rPr>
          <w:color w:val="000000"/>
          <w:sz w:val="32"/>
        </w:rPr>
        <w:br/>
      </w:r>
      <w:r>
        <w:rPr>
          <w:rFonts w:ascii="Times New Roman" w:hAnsi="Times New Roman"/>
          <w:color w:val="000000"/>
          <w:sz w:val="32"/>
        </w:rPr>
        <w:t>I am here to praise our Lord,</w:t>
      </w:r>
      <w:r>
        <w:rPr>
          <w:color w:val="000000"/>
          <w:sz w:val="32"/>
        </w:rPr>
        <w:br/>
      </w:r>
      <w:r>
        <w:rPr>
          <w:rFonts w:ascii="Times New Roman" w:hAnsi="Times New Roman"/>
          <w:color w:val="000000"/>
          <w:sz w:val="32"/>
        </w:rPr>
        <w:t>In every hue,</w:t>
      </w:r>
      <w:r>
        <w:rPr>
          <w:color w:val="000000"/>
          <w:sz w:val="32"/>
        </w:rPr>
        <w:br/>
      </w:r>
      <w:r>
        <w:rPr>
          <w:rFonts w:ascii="Times New Roman" w:hAnsi="Times New Roman"/>
          <w:color w:val="000000"/>
          <w:sz w:val="32"/>
        </w:rPr>
        <w:t>In abandoned wisps of the paints.</w:t>
      </w:r>
      <w:r>
        <w:rPr>
          <w:color w:val="000000"/>
          <w:sz w:val="32"/>
        </w:rPr>
        <w:br/>
      </w:r>
      <w:r>
        <w:rPr>
          <w:rFonts w:ascii="Times New Roman" w:hAnsi="Times New Roman"/>
          <w:color w:val="000000"/>
          <w:sz w:val="32"/>
        </w:rPr>
        <w:t>Pray for me,</w:t>
      </w:r>
      <w:r>
        <w:rPr>
          <w:color w:val="000000"/>
          <w:sz w:val="32"/>
        </w:rPr>
        <w:br/>
      </w:r>
      <w:r>
        <w:rPr>
          <w:rFonts w:ascii="Times New Roman" w:hAnsi="Times New Roman"/>
          <w:color w:val="000000"/>
          <w:sz w:val="32"/>
        </w:rPr>
        <w:t>There is art in all that we see</w:t>
      </w:r>
    </w:p>
    <w:p>
      <w:pPr>
        <w:pStyle w:val="StageDirection"/>
        <w:ind w:left="0" w:right="0" w:firstLine="0"/>
        <w:jc w:val="left"/>
      </w:pPr>
      <w:r>
        <w:rPr>
          <w:rFonts w:ascii="Times New Roman" w:hAnsi="Times New Roman"/>
          <w:i/>
          <w:color w:val="000000"/>
          <w:sz w:val="32"/>
        </w:rPr>
        <w:t>(Chorus.)</w:t>
      </w:r>
    </w:p>
    <w:p>
      <w:pPr>
        <w:pStyle w:val="StageDirection"/>
        <w:ind w:left="0" w:right="0" w:firstLine="0"/>
        <w:jc w:val="left"/>
      </w:pPr>
      <w:r>
        <w:rPr>
          <w:rFonts w:ascii="Times New Roman" w:hAnsi="Times New Roman"/>
          <w:i/>
          <w:color w:val="000000"/>
          <w:sz w:val="32"/>
        </w:rPr>
        <w:t>(He sits, mops his brow with a handkerchief, waits.)</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(Moved)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Edwin...</w:t>
      </w:r>
    </w:p>
    <w:p>
      <w:pPr>
        <w:pStyle w:val="StageDirection"/>
        <w:ind w:left="0" w:right="0" w:firstLine="0"/>
        <w:jc w:val="left"/>
      </w:pPr>
      <w:r>
        <w:rPr>
          <w:rFonts w:ascii="Times New Roman" w:hAnsi="Times New Roman"/>
          <w:i/>
          <w:color w:val="000000"/>
          <w:sz w:val="32"/>
        </w:rPr>
        <w:t>(Fortune looks at him. Weary, he gestures she should continue. She hesitates, then #18 Slide, a man, clerical, older.)</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 archbishop I mentioned, the night of the shooting. A sketch of him — by another artist.</w:t>
      </w:r>
    </w:p>
    <w:p>
      <w:pPr>
        <w:pStyle w:val="StageDirection"/>
        <w:ind w:left="0" w:right="0" w:firstLine="0"/>
        <w:jc w:val="left"/>
      </w:pPr>
      <w:r>
        <w:rPr>
          <w:rFonts w:ascii="Times New Roman" w:hAnsi="Times New Roman"/>
          <w:i/>
          <w:color w:val="000000"/>
          <w:sz w:val="32"/>
        </w:rPr>
        <w:t>(Glance at O’Hara.)</w:t>
      </w:r>
    </w:p>
    <w:p>
      <w:pPr>
        <w:ind w:left="0" w:right="0" w:firstLine="0"/>
        <w:jc w:val="left"/>
      </w:pPr>
      <w:r>
        <w:rPr>
          <w:rFonts w:ascii="Times New Roman" w:hAnsi="Times New Roman"/>
          <w:i w:val="0"/>
          <w:color w:val="000000"/>
          <w:sz w:val="32"/>
        </w:rPr>
        <w:t>Another Irishman to boot.</w:t>
      </w:r>
    </w:p>
    <w:p>
      <w:pPr>
        <w:pStyle w:val="StageDirection"/>
        <w:ind w:left="0" w:right="0" w:firstLine="0"/>
        <w:jc w:val="left"/>
      </w:pPr>
      <w:r>
        <w:rPr>
          <w:rFonts w:ascii="Times New Roman" w:hAnsi="Times New Roman"/>
          <w:i/>
          <w:color w:val="000000"/>
          <w:sz w:val="32"/>
        </w:rPr>
        <w:t>(Irish accent touched with sadness, sing-song.)</w:t>
      </w:r>
    </w:p>
    <w:p>
      <w:pPr>
        <w:ind w:left="0" w:right="0" w:firstLine="0"/>
        <w:jc w:val="left"/>
      </w:pPr>
      <w:r>
        <w:rPr>
          <w:rFonts w:ascii="Times New Roman" w:hAnsi="Times New Roman"/>
          <w:i w:val="0"/>
          <w:color w:val="000000"/>
          <w:sz w:val="32"/>
        </w:rPr>
        <w:t>“A luv-ly man. ’’</w:t>
      </w:r>
    </w:p>
    <w:p>
      <w:pPr>
        <w:ind w:left="0" w:right="0" w:firstLine="0"/>
        <w:jc w:val="left"/>
      </w:pPr>
      <w:r>
        <w:rPr>
          <w:rFonts w:ascii="Times New Roman" w:hAnsi="Times New Roman"/>
          <w:i w:val="0"/>
          <w:color w:val="000000"/>
          <w:sz w:val="32"/>
        </w:rPr>
        <w:t>“ With us still? ’’</w:t>
      </w:r>
    </w:p>
    <w:p>
      <w:pPr>
        <w:ind w:left="0" w:right="0" w:firstLine="0"/>
        <w:jc w:val="left"/>
      </w:pPr>
      <w:r>
        <w:rPr>
          <w:rFonts w:ascii="Times New Roman" w:hAnsi="Times New Roman"/>
          <w:i w:val="0"/>
          <w:color w:val="000000"/>
          <w:sz w:val="32"/>
        </w:rPr>
        <w:t>“No, alas. ’’</w:t>
      </w:r>
    </w:p>
    <w:p>
      <w:pPr>
        <w:ind w:left="0" w:right="0" w:firstLine="0"/>
        <w:jc w:val="left"/>
      </w:pPr>
      <w:r>
        <w:rPr>
          <w:rFonts w:ascii="Times New Roman" w:hAnsi="Times New Roman"/>
          <w:i w:val="0"/>
          <w:color w:val="000000"/>
          <w:sz w:val="32"/>
        </w:rPr>
        <w:t>“Where then? ’’</w:t>
      </w:r>
    </w:p>
    <w:p>
      <w:pPr>
        <w:ind w:left="0" w:right="0" w:firstLine="0"/>
        <w:jc w:val="left"/>
      </w:pPr>
      <w:r>
        <w:rPr>
          <w:rFonts w:ascii="Times New Roman" w:hAnsi="Times New Roman"/>
          <w:i w:val="0"/>
          <w:color w:val="000000"/>
          <w:sz w:val="32"/>
        </w:rPr>
        <w:t>“With the angels, I think. ’’</w:t>
      </w:r>
    </w:p>
    <w:p>
      <w:pPr>
        <w:pStyle w:val="StageDirection"/>
        <w:ind w:left="0" w:right="0" w:firstLine="0"/>
        <w:jc w:val="left"/>
      </w:pPr>
      <w:r>
        <w:rPr>
          <w:rFonts w:ascii="Times New Roman" w:hAnsi="Times New Roman"/>
          <w:i/>
          <w:color w:val="000000"/>
          <w:sz w:val="32"/>
        </w:rPr>
        <w:t>(Pause.)</w:t>
      </w:r>
    </w:p>
    <w:p>
      <w:pPr>
        <w:pStyle w:val="StageDirection"/>
        <w:ind w:left="0" w:right="0" w:firstLine="0"/>
        <w:jc w:val="left"/>
      </w:pPr>
      <w:r>
        <w:rPr>
          <w:rFonts w:ascii="Times New Roman" w:hAnsi="Times New Roman"/>
          <w:i/>
          <w:color w:val="000000"/>
          <w:sz w:val="32"/>
        </w:rPr>
        <w:t>(#19 Slide back to shooting victim.)</w:t>
      </w:r>
    </w:p>
    <w:p>
      <w:pPr>
        <w:ind w:left="0" w:right="0" w:firstLine="0"/>
        <w:jc w:val="left"/>
      </w:pPr>
      <w:r>
        <w:rPr>
          <w:rFonts w:ascii="Times New Roman" w:hAnsi="Times New Roman"/>
          <w:i w:val="0"/>
          <w:color w:val="000000"/>
          <w:sz w:val="32"/>
        </w:rPr>
        <w:t>Just before the shooting, we're talking, the —</w:t>
      </w:r>
    </w:p>
    <w:p>
      <w:pPr>
        <w:pStyle w:val="StageDirection"/>
        <w:ind w:left="0" w:right="0" w:firstLine="0"/>
        <w:jc w:val="left"/>
      </w:pPr>
      <w:r>
        <w:rPr>
          <w:rFonts w:ascii="Times New Roman" w:hAnsi="Times New Roman"/>
          <w:i/>
          <w:color w:val="000000"/>
          <w:sz w:val="32"/>
        </w:rPr>
        <w:t>(#20 Slide to Archbishop.)</w:t>
      </w:r>
    </w:p>
    <w:p>
      <w:pPr>
        <w:ind w:left="0" w:right="0" w:firstLine="0"/>
        <w:jc w:val="left"/>
      </w:pPr>
      <w:r>
        <w:rPr>
          <w:rFonts w:ascii="Times New Roman" w:hAnsi="Times New Roman"/>
          <w:i w:val="0"/>
          <w:color w:val="000000"/>
          <w:sz w:val="32"/>
        </w:rPr>
        <w:t>— archbishop and I. I say, “Where, archbishop, are the great Catholic artists of the past? The Leonardos, Michelangelos, Raphaels? ’’</w:t>
      </w:r>
    </w:p>
    <w:p>
      <w:pPr>
        <w:ind w:left="0" w:right="0" w:firstLine="0"/>
        <w:jc w:val="left"/>
      </w:pPr>
      <w:r>
        <w:rPr>
          <w:rFonts w:ascii="Times New Roman" w:hAnsi="Times New Roman"/>
          <w:i w:val="0"/>
          <w:color w:val="000000"/>
          <w:sz w:val="32"/>
        </w:rPr>
        <w:t>He replies over a glass of wine...</w:t>
      </w:r>
    </w:p>
    <w:p>
      <w:pPr>
        <w:pStyle w:val="StageDirection"/>
        <w:ind w:left="0" w:right="0" w:firstLine="0"/>
        <w:jc w:val="left"/>
      </w:pPr>
      <w:r>
        <w:rPr>
          <w:rFonts w:ascii="Times New Roman" w:hAnsi="Times New Roman"/>
          <w:i/>
          <w:color w:val="000000"/>
          <w:sz w:val="32"/>
        </w:rPr>
        <w:t>(Looks at O’Hara. She is worried about him, uses this to bring him back to the moment.)</w:t>
      </w:r>
    </w:p>
    <w:p>
      <w:pPr>
        <w:ind w:left="0" w:right="0" w:firstLine="0"/>
        <w:jc w:val="left"/>
      </w:pPr>
      <w:r>
        <w:rPr>
          <w:rFonts w:ascii="Times New Roman" w:hAnsi="Times New Roman"/>
          <w:i w:val="0"/>
          <w:color w:val="000000"/>
          <w:sz w:val="32"/>
        </w:rPr>
        <w:t>Edwin?</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(Surprised)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Could you help me? You’ve heard me tell it enough. Be the archbishop. The archbishop says — </w:t>
      </w:r>
      <w:r>
        <w:rPr>
          <w:rFonts w:ascii="Times New Roman" w:hAnsi="Times New Roman"/>
          <w:i/>
          <w:color w:val="000000"/>
          <w:sz w:val="32"/>
        </w:rPr>
        <w:t>(She looks at O’Hara.)</w:t>
      </w:r>
      <w:r>
        <w:rPr>
          <w:rFonts w:ascii="Times New Roman" w:hAnsi="Times New Roman"/>
          <w:i w:val="0"/>
          <w:color w:val="000000"/>
          <w:sz w:val="32"/>
        </w:rPr>
        <w:t xml:space="preserve"> You know — come on, Edwin, be a sport!</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(Still overwrought)</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Really, Effie, after what I just... And now, if Rome knew I was impersonating an archbishop...</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You've done it before.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(Slight blush, a glance toward us)</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But not before...</w:t>
      </w:r>
      <w:r>
        <w:rPr>
          <w:rFonts w:ascii="Times New Roman" w:hAnsi="Times New Roman"/>
          <w:i/>
          <w:color w:val="000000"/>
          <w:sz w:val="32"/>
        </w:rPr>
        <w:t>(Looking at audience.)</w:t>
      </w:r>
      <w:r>
        <w:rPr>
          <w:rFonts w:ascii="Times New Roman" w:hAnsi="Times New Roman"/>
          <w:i w:val="0"/>
          <w:color w:val="000000"/>
          <w:sz w:val="32"/>
        </w:rPr>
        <w:t>... people! Really, I didn't expect...</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Please.</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Must I?</w:t>
      </w:r>
    </w:p>
    <w:p>
      <w:pPr>
        <w:pStyle w:val="StageDirection"/>
        <w:ind w:left="0" w:right="0" w:firstLine="0"/>
        <w:jc w:val="left"/>
      </w:pPr>
      <w:r>
        <w:rPr>
          <w:rFonts w:ascii="Times New Roman" w:hAnsi="Times New Roman"/>
          <w:i/>
          <w:color w:val="000000"/>
          <w:sz w:val="32"/>
        </w:rPr>
        <w:t>(She nods. Put on the spot, he sighs, prepares himself, initially without enthusiasm.)</w:t>
      </w:r>
    </w:p>
    <w:p>
      <w:pPr>
        <w:ind w:left="0" w:right="0" w:firstLine="0"/>
        <w:jc w:val="left"/>
      </w:pPr>
      <w:r>
        <w:rPr>
          <w:rFonts w:ascii="Times New Roman" w:hAnsi="Times New Roman"/>
          <w:i w:val="0"/>
          <w:color w:val="000000"/>
          <w:sz w:val="32"/>
        </w:rPr>
        <w:t>Well, blackmail, must say, but here goes.</w:t>
      </w:r>
    </w:p>
    <w:p>
      <w:pPr>
        <w:pStyle w:val="StageDirection"/>
        <w:ind w:left="0" w:right="0" w:firstLine="0"/>
        <w:jc w:val="left"/>
      </w:pPr>
      <w:r>
        <w:rPr>
          <w:rFonts w:ascii="Times New Roman" w:hAnsi="Times New Roman"/>
          <w:i/>
          <w:color w:val="000000"/>
          <w:sz w:val="32"/>
        </w:rPr>
        <w:t>(Strong, taking a deep breath, Irish accent.)</w:t>
      </w:r>
    </w:p>
    <w:p>
      <w:pPr>
        <w:ind w:left="0" w:right="0" w:firstLine="0"/>
        <w:jc w:val="left"/>
      </w:pPr>
      <w:r>
        <w:rPr>
          <w:rFonts w:ascii="Times New Roman" w:hAnsi="Times New Roman"/>
          <w:i w:val="0"/>
          <w:color w:val="000000"/>
          <w:sz w:val="32"/>
        </w:rPr>
        <w:t>“If you feel that way about it, Effie my dear, about Catholic art and all... “</w:t>
      </w:r>
    </w:p>
    <w:p>
      <w:pPr>
        <w:pStyle w:val="StageDirection"/>
        <w:ind w:left="0" w:right="0" w:firstLine="0"/>
        <w:jc w:val="left"/>
      </w:pPr>
      <w:r>
        <w:rPr>
          <w:rFonts w:ascii="Times New Roman" w:hAnsi="Times New Roman"/>
          <w:i/>
          <w:color w:val="000000"/>
          <w:sz w:val="32"/>
        </w:rPr>
        <w:t>(Unsure.)</w:t>
      </w:r>
    </w:p>
    <w:p>
      <w:pPr>
        <w:ind w:left="0" w:right="0" w:firstLine="0"/>
        <w:jc w:val="left"/>
      </w:pPr>
      <w:r>
        <w:rPr>
          <w:rFonts w:ascii="Times New Roman" w:hAnsi="Times New Roman"/>
          <w:i w:val="0"/>
          <w:color w:val="000000"/>
          <w:sz w:val="32"/>
        </w:rPr>
        <w:t>He spoke like that, did he?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Bring it down a little, Edwin — he wasn't all that Irish.</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(Trying again)</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‘If you feel that way about it, Effie my dear...”?</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Perfect.</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(Drily)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Thank you.</w:t>
      </w:r>
    </w:p>
    <w:p>
      <w:pPr>
        <w:pStyle w:val="StageDirection"/>
        <w:ind w:left="0" w:right="0" w:firstLine="0"/>
        <w:jc w:val="left"/>
      </w:pPr>
      <w:r>
        <w:rPr>
          <w:rFonts w:ascii="Times New Roman" w:hAnsi="Times New Roman"/>
          <w:i/>
          <w:color w:val="000000"/>
          <w:sz w:val="32"/>
        </w:rPr>
        <w:t>(Clears his throat, hesitates.)</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(Coaching him)</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Then why don’t you...</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Then why... why don’t you do something about it? Why don’t you be our Leonardo?”</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that brings me up short! ... Give up my art, my Impressionism —</w:t>
      </w:r>
    </w:p>
    <w:p>
      <w:pPr>
        <w:pStyle w:val="StageDirection"/>
        <w:ind w:left="0" w:right="0" w:firstLine="0"/>
        <w:jc w:val="left"/>
      </w:pPr>
      <w:r>
        <w:rPr>
          <w:rFonts w:ascii="Times New Roman" w:hAnsi="Times New Roman"/>
          <w:i/>
          <w:color w:val="000000"/>
          <w:sz w:val="32"/>
        </w:rPr>
        <w:t>(#21 Slide to Fortune Impressionistic painting, “The Cannery.”)</w:t>
      </w:r>
    </w:p>
    <w:p>
      <w:pPr>
        <w:ind w:left="0" w:right="0" w:firstLine="0"/>
        <w:jc w:val="left"/>
      </w:pPr>
      <w:r>
        <w:rPr>
          <w:rFonts w:ascii="Times New Roman" w:hAnsi="Times New Roman"/>
          <w:i w:val="0"/>
          <w:color w:val="000000"/>
          <w:sz w:val="32"/>
        </w:rPr>
        <w:t>My love of color and Impressionism — and turn to liturgical art? Could I make myself do that?</w:t>
      </w:r>
    </w:p>
    <w:p>
      <w:pPr>
        <w:pStyle w:val="StageDirection"/>
        <w:ind w:left="0" w:right="0" w:firstLine="0"/>
        <w:jc w:val="left"/>
      </w:pPr>
      <w:r>
        <w:rPr>
          <w:rFonts w:ascii="Times New Roman" w:hAnsi="Times New Roman"/>
          <w:i/>
          <w:color w:val="000000"/>
          <w:sz w:val="32"/>
        </w:rPr>
        <w:t>(Pause, then playing to Bishop O’Hara:)</w:t>
      </w:r>
    </w:p>
    <w:p>
      <w:pPr>
        <w:ind w:left="0" w:right="0" w:firstLine="0"/>
        <w:jc w:val="left"/>
      </w:pPr>
      <w:r>
        <w:rPr>
          <w:rFonts w:ascii="Times New Roman" w:hAnsi="Times New Roman"/>
          <w:i w:val="0"/>
          <w:color w:val="000000"/>
          <w:sz w:val="32"/>
        </w:rPr>
        <w:t>“That’s what you’re suggesting, Archbishop? ’’</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(Getting more comfortable with it, becoming natural, sort of the way he feels, he stands)</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look, Effie, you posed the question, didn’t you?”</w:t>
      </w:r>
    </w:p>
    <w:p>
      <w:pPr>
        <w:pStyle w:val="StageDirection"/>
        <w:ind w:left="0" w:right="0" w:firstLine="0"/>
        <w:jc w:val="left"/>
      </w:pPr>
      <w:r>
        <w:rPr>
          <w:rFonts w:ascii="Times New Roman" w:hAnsi="Times New Roman"/>
          <w:i/>
          <w:color w:val="000000"/>
          <w:sz w:val="32"/>
        </w:rPr>
        <w:t>(Now conversational, himself speaking in a way, showing his admiration for her:)</w:t>
      </w:r>
    </w:p>
    <w:p>
      <w:pPr>
        <w:ind w:left="0" w:right="0" w:firstLine="0"/>
        <w:jc w:val="left"/>
      </w:pPr>
      <w:r>
        <w:rPr>
          <w:rFonts w:ascii="Times New Roman" w:hAnsi="Times New Roman"/>
          <w:i w:val="0"/>
          <w:color w:val="000000"/>
          <w:sz w:val="32"/>
        </w:rPr>
        <w:t>“And what’s your great talent got you, other than venom of critics who look down on anything painted by a woman? Why, women artists, they say, haven't the genius of men, and they ignore you, don't they?</w:t>
      </w:r>
    </w:p>
    <w:p>
      <w:pPr>
        <w:ind w:left="0" w:right="0" w:firstLine="0"/>
        <w:jc w:val="left"/>
      </w:pPr>
      <w:r>
        <w:rPr>
          <w:rFonts w:ascii="Times New Roman" w:hAnsi="Times New Roman"/>
          <w:i w:val="0"/>
          <w:color w:val="000000"/>
          <w:sz w:val="32"/>
        </w:rPr>
        <w:t>“Well, let them ignore your work for the Church. We'll put you there with Leonardo, Michelangelo, Raphael! You'll decorate the great churches and cathedrals across this country.</w:t>
      </w:r>
    </w:p>
    <w:p>
      <w:pPr>
        <w:ind w:left="0" w:right="0" w:firstLine="0"/>
        <w:jc w:val="left"/>
      </w:pPr>
      <w:r>
        <w:rPr>
          <w:rFonts w:ascii="Times New Roman" w:hAnsi="Times New Roman"/>
          <w:i w:val="0"/>
          <w:color w:val="000000"/>
          <w:sz w:val="32"/>
        </w:rPr>
        <w:t>“And let’s face it, Effie, we need you: Catholic art in this country’s become almost as poor as Protestant art!”</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(Slightly taken aback by his passion)</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 well, it's a fair argument by the archbishop. Still, I’ve my doubts, but then...</w:t>
      </w:r>
    </w:p>
    <w:p>
      <w:pPr>
        <w:pStyle w:val="StageDirection"/>
        <w:ind w:left="0" w:right="0" w:firstLine="0"/>
        <w:jc w:val="left"/>
      </w:pPr>
      <w:r>
        <w:rPr>
          <w:rFonts w:ascii="Times New Roman" w:hAnsi="Times New Roman"/>
          <w:i/>
          <w:color w:val="000000"/>
          <w:sz w:val="32"/>
        </w:rPr>
        <w:t>(Slide #22 murdered body again.)</w:t>
      </w:r>
    </w:p>
    <w:p>
      <w:pPr>
        <w:ind w:left="0" w:right="0" w:firstLine="0"/>
        <w:jc w:val="left"/>
      </w:pPr>
      <w:r>
        <w:rPr>
          <w:rFonts w:ascii="Times New Roman" w:hAnsi="Times New Roman"/>
          <w:i w:val="0"/>
          <w:color w:val="000000"/>
          <w:sz w:val="32"/>
        </w:rPr>
        <w:t>... then the shooting happens... Someone who probably deserves shooting —</w:t>
      </w:r>
    </w:p>
    <w:p>
      <w:pPr>
        <w:pStyle w:val="StageDirection"/>
        <w:ind w:left="0" w:right="0" w:firstLine="0"/>
        <w:jc w:val="left"/>
      </w:pPr>
      <w:r>
        <w:rPr>
          <w:rFonts w:ascii="Times New Roman" w:hAnsi="Times New Roman"/>
          <w:i/>
          <w:color w:val="000000"/>
          <w:sz w:val="32"/>
        </w:rPr>
        <w:t>(O’HARA clears his throat, sits.)</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(Glancing at him)</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That’s what the newspapers will imply... but I somehow think... if that gangster's not murdered outside that restaurant... on that night... perhaps I would’ve taken a different path with what... what remains of my life. Moved me in some odd way.</w:t>
      </w:r>
    </w:p>
    <w:p>
      <w:pPr>
        <w:ind w:left="0" w:right="0" w:firstLine="0"/>
        <w:jc w:val="left"/>
      </w:pPr>
      <w:r>
        <w:rPr>
          <w:rFonts w:ascii="Times New Roman" w:hAnsi="Times New Roman"/>
          <w:i w:val="0"/>
          <w:color w:val="000000"/>
          <w:sz w:val="32"/>
        </w:rPr>
        <w:t>Looks martyred... the blood, arms that way. Maybe that was it — what do you think?</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Sirens... an ambulance... the archbishop bravely goes out... administers last rites... yes, the gangster was a known Catholic... then returns and we... we continue dinner... stab at our food.</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I remember being fascinated by... he doesn't know it's there... a blood stain on the right cuff of the archbishop's shirt... can't take my eyes off it... he’d touched the man... the gangster...</w:t>
      </w:r>
    </w:p>
    <w:p>
      <w:pPr>
        <w:ind w:left="0" w:right="0" w:firstLine="0"/>
        <w:jc w:val="left"/>
      </w:pPr>
      <w:r>
        <w:rPr>
          <w:rFonts w:ascii="Times New Roman" w:hAnsi="Times New Roman"/>
          <w:i w:val="0"/>
          <w:color w:val="000000"/>
          <w:sz w:val="32"/>
        </w:rPr>
        <w:t>He says... the archbishop thinks my eyes downcast from trauma... he says, “Effie, it happens.” Then... then he reaches across with his right hand and takes mine...</w:t>
      </w:r>
    </w:p>
    <w:p>
      <w:pPr>
        <w:ind w:left="0" w:right="0" w:firstLine="0"/>
        <w:jc w:val="left"/>
      </w:pPr>
      <w:r>
        <w:rPr>
          <w:rFonts w:ascii="Times New Roman" w:hAnsi="Times New Roman"/>
          <w:i w:val="0"/>
          <w:color w:val="000000"/>
          <w:sz w:val="32"/>
        </w:rPr>
        <w:t>And all I can see is, well, the blood on his sleeve.</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But as Edwin would say — the lecture.</w:t>
      </w:r>
    </w:p>
    <w:p>
      <w:pPr>
        <w:pStyle w:val="StageDirection"/>
        <w:ind w:left="0" w:right="0" w:firstLine="0"/>
        <w:jc w:val="left"/>
      </w:pPr>
      <w:r>
        <w:rPr>
          <w:rFonts w:ascii="Times New Roman" w:hAnsi="Times New Roman"/>
          <w:i/>
          <w:color w:val="000000"/>
          <w:sz w:val="32"/>
        </w:rPr>
        <w:t>(#23 Slide, a headless stone sculpture. Briskly again:)</w:t>
      </w:r>
    </w:p>
    <w:p>
      <w:pPr>
        <w:ind w:left="0" w:right="0" w:firstLine="0"/>
        <w:jc w:val="left"/>
      </w:pPr>
      <w:r>
        <w:rPr>
          <w:rFonts w:ascii="Times New Roman" w:hAnsi="Times New Roman"/>
          <w:i w:val="0"/>
          <w:color w:val="000000"/>
          <w:sz w:val="32"/>
        </w:rPr>
        <w:t>This, as you can see, is without a head and therefore without facial expression, which is so important to some...</w:t>
      </w:r>
    </w:p>
    <w:p>
      <w:pPr>
        <w:pStyle w:val="StageDirection"/>
        <w:ind w:left="0" w:right="0" w:firstLine="0"/>
        <w:jc w:val="left"/>
      </w:pPr>
      <w:r>
        <w:rPr>
          <w:rFonts w:ascii="Times New Roman" w:hAnsi="Times New Roman"/>
          <w:i/>
          <w:color w:val="000000"/>
          <w:sz w:val="32"/>
        </w:rPr>
        <w:t>(Smiles.)</w:t>
      </w:r>
    </w:p>
    <w:p>
      <w:pPr>
        <w:ind w:left="0" w:right="0" w:firstLine="0"/>
        <w:jc w:val="left"/>
      </w:pPr>
      <w:r>
        <w:rPr>
          <w:rFonts w:ascii="Times New Roman" w:hAnsi="Times New Roman"/>
          <w:i w:val="0"/>
          <w:color w:val="000000"/>
          <w:sz w:val="32"/>
        </w:rPr>
        <w:t>Well, I’m sorry, but without a head we can’t have a face, can we? But, I say, doesn’t it leave a lot to the imagination? Doesn’t it excite the imagination?</w:t>
      </w:r>
    </w:p>
    <w:p>
      <w:pPr>
        <w:ind w:left="0" w:right="0" w:firstLine="0"/>
        <w:jc w:val="left"/>
      </w:pPr>
      <w:r>
        <w:rPr>
          <w:rFonts w:ascii="Times New Roman" w:hAnsi="Times New Roman"/>
          <w:i w:val="0"/>
          <w:color w:val="000000"/>
          <w:sz w:val="32"/>
        </w:rPr>
        <w:t>Maitreya, Chinese, Seventh Century! Created in the T’ien Lung Shan caves. This little statue is the worthy ancestor of the Romanesque figures of Christ found in French Medieval churches.</w:t>
      </w:r>
    </w:p>
    <w:p>
      <w:pPr>
        <w:pStyle w:val="StageDirection"/>
        <w:ind w:left="0" w:right="0" w:firstLine="0"/>
        <w:jc w:val="left"/>
      </w:pPr>
      <w:r>
        <w:rPr>
          <w:rFonts w:ascii="Times New Roman" w:hAnsi="Times New Roman"/>
          <w:i/>
          <w:color w:val="000000"/>
          <w:sz w:val="32"/>
        </w:rPr>
        <w:t>(#24 Slide.)</w:t>
      </w:r>
    </w:p>
    <w:p>
      <w:pPr>
        <w:ind w:left="0" w:right="0" w:firstLine="0"/>
        <w:jc w:val="left"/>
      </w:pPr>
      <w:r>
        <w:rPr>
          <w:rFonts w:ascii="Times New Roman" w:hAnsi="Times New Roman"/>
          <w:i w:val="0"/>
          <w:color w:val="000000"/>
          <w:sz w:val="32"/>
        </w:rPr>
        <w:t>A tympanum, Cathedral of Chartres... Notice the draped clothing, sensuous line of the legs, in both pieces. This, of course, Christ; the other, some deity.</w:t>
      </w:r>
    </w:p>
    <w:p>
      <w:pPr>
        <w:pStyle w:val="StageDirection"/>
        <w:ind w:left="0" w:right="0" w:firstLine="0"/>
        <w:jc w:val="left"/>
      </w:pPr>
      <w:r>
        <w:rPr>
          <w:rFonts w:ascii="Times New Roman" w:hAnsi="Times New Roman"/>
          <w:i/>
          <w:color w:val="000000"/>
          <w:sz w:val="32"/>
        </w:rPr>
        <w:t>(#25 Slide — the Tribute Bearer.)</w:t>
      </w:r>
    </w:p>
    <w:p>
      <w:pPr>
        <w:ind w:left="0" w:right="0" w:firstLine="0"/>
        <w:jc w:val="left"/>
      </w:pPr>
      <w:r>
        <w:rPr>
          <w:rFonts w:ascii="Times New Roman" w:hAnsi="Times New Roman"/>
          <w:i w:val="0"/>
          <w:color w:val="000000"/>
          <w:sz w:val="32"/>
        </w:rPr>
        <w:t>Sculpture in relief is stone cut away from a background. Splendid example of low or bas-relief — the Tribute-Bearer from Persepolis, done in the fifth century before Christ.</w:t>
      </w:r>
    </w:p>
    <w:p>
      <w:pPr>
        <w:ind w:left="0" w:right="0" w:firstLine="0"/>
        <w:jc w:val="left"/>
      </w:pPr>
      <w:r>
        <w:rPr>
          <w:rFonts w:ascii="Times New Roman" w:hAnsi="Times New Roman"/>
          <w:i w:val="0"/>
          <w:color w:val="000000"/>
          <w:sz w:val="32"/>
        </w:rPr>
        <w:t>“Is it not passing brave...?’’ A figure to have inspired playwright Christopher Marlowe!</w:t>
      </w:r>
    </w:p>
    <w:p>
      <w:pPr>
        <w:pStyle w:val="StageDirection"/>
        <w:ind w:left="0" w:right="0" w:firstLine="0"/>
        <w:jc w:val="left"/>
      </w:pPr>
      <w:r>
        <w:rPr>
          <w:rFonts w:ascii="Times New Roman" w:hAnsi="Times New Roman"/>
          <w:i/>
          <w:color w:val="000000"/>
          <w:sz w:val="32"/>
        </w:rPr>
        <w:t>(#26 Slide — Virgin and Child.)</w:t>
      </w:r>
    </w:p>
    <w:p>
      <w:pPr>
        <w:ind w:left="0" w:right="0" w:firstLine="0"/>
        <w:jc w:val="left"/>
      </w:pPr>
      <w:r>
        <w:rPr>
          <w:rFonts w:ascii="Times New Roman" w:hAnsi="Times New Roman"/>
          <w:i w:val="0"/>
          <w:color w:val="000000"/>
          <w:sz w:val="32"/>
        </w:rPr>
        <w:t>Another bas-relief — Virgin and Child. Carved many centuries after our Persepolis figure. Greater variation of planes or levels, so more fluid, but less compact in design.</w:t>
      </w:r>
    </w:p>
    <w:p>
      <w:pPr>
        <w:ind w:left="0" w:right="0" w:firstLine="0"/>
        <w:jc w:val="left"/>
      </w:pPr>
      <w:r>
        <w:rPr>
          <w:rFonts w:ascii="Times New Roman" w:hAnsi="Times New Roman"/>
          <w:i w:val="0"/>
          <w:color w:val="000000"/>
          <w:sz w:val="32"/>
        </w:rPr>
        <w:t>Variety and “color” are obtained by undercutting for shadows. Of actual color...</w:t>
      </w:r>
    </w:p>
    <w:p>
      <w:pPr>
        <w:pStyle w:val="StageDirection"/>
        <w:ind w:left="0" w:right="0" w:firstLine="0"/>
        <w:jc w:val="left"/>
      </w:pPr>
      <w:r>
        <w:rPr>
          <w:rFonts w:ascii="Times New Roman" w:hAnsi="Times New Roman"/>
          <w:i/>
          <w:color w:val="000000"/>
          <w:sz w:val="32"/>
        </w:rPr>
        <w:t>(#27 Slide, painting “Summer Morning, St. Ives.”)</w:t>
      </w:r>
    </w:p>
    <w:p>
      <w:pPr>
        <w:pStyle w:val="StageDirection"/>
        <w:ind w:left="0" w:right="0" w:firstLine="0"/>
        <w:jc w:val="left"/>
      </w:pPr>
      <w:r>
        <w:rPr>
          <w:rFonts w:ascii="Times New Roman" w:hAnsi="Times New Roman"/>
          <w:i/>
          <w:color w:val="000000"/>
          <w:sz w:val="32"/>
        </w:rPr>
        <w:t>(Pause, a touch of reflective sadness.)</w:t>
      </w:r>
    </w:p>
    <w:p>
      <w:pPr>
        <w:ind w:left="0" w:right="0" w:firstLine="0"/>
        <w:jc w:val="left"/>
      </w:pPr>
      <w:r>
        <w:rPr>
          <w:rFonts w:ascii="Times New Roman" w:hAnsi="Times New Roman"/>
          <w:i w:val="0"/>
          <w:color w:val="000000"/>
          <w:sz w:val="32"/>
        </w:rPr>
        <w:t>... what I was once known for.</w:t>
      </w:r>
    </w:p>
    <w:p>
      <w:pPr>
        <w:ind w:left="0" w:right="0" w:firstLine="0"/>
        <w:jc w:val="left"/>
      </w:pPr>
      <w:r>
        <w:rPr>
          <w:rFonts w:ascii="Times New Roman" w:hAnsi="Times New Roman"/>
          <w:i w:val="0"/>
          <w:color w:val="000000"/>
          <w:sz w:val="32"/>
        </w:rPr>
        <w:t>“Summer Morning, St. Ives.” Paris Salon — Medaille D’Argent.</w:t>
      </w:r>
    </w:p>
    <w:p>
      <w:pPr>
        <w:pStyle w:val="StageDirection"/>
        <w:ind w:left="0" w:right="0" w:firstLine="0"/>
        <w:jc w:val="left"/>
      </w:pPr>
      <w:r>
        <w:rPr>
          <w:rFonts w:ascii="Times New Roman" w:hAnsi="Times New Roman"/>
          <w:i/>
          <w:color w:val="000000"/>
          <w:sz w:val="32"/>
        </w:rPr>
        <w:t>(Stares at image, touch of nostalgia.)</w:t>
      </w:r>
    </w:p>
    <w:p>
      <w:pPr>
        <w:ind w:left="0" w:right="0" w:firstLine="0"/>
        <w:jc w:val="left"/>
      </w:pPr>
      <w:r>
        <w:rPr>
          <w:rFonts w:ascii="Times New Roman" w:hAnsi="Times New Roman"/>
          <w:i w:val="0"/>
          <w:color w:val="000000"/>
          <w:sz w:val="32"/>
        </w:rPr>
        <w:t>Sort of work I used to do.</w:t>
      </w:r>
    </w:p>
    <w:p>
      <w:pPr>
        <w:ind w:left="0" w:right="0" w:firstLine="0"/>
        <w:jc w:val="left"/>
      </w:pPr>
      <w:r>
        <w:rPr>
          <w:rFonts w:ascii="Times New Roman" w:hAnsi="Times New Roman"/>
          <w:i w:val="0"/>
          <w:color w:val="000000"/>
          <w:sz w:val="32"/>
        </w:rPr>
        <w:t>Saint Ives and Fife so dear to me. Fife so rugged and raw.</w:t>
      </w:r>
    </w:p>
    <w:p>
      <w:pPr>
        <w:ind w:left="0" w:right="0" w:firstLine="0"/>
        <w:jc w:val="left"/>
      </w:pPr>
      <w:r>
        <w:rPr>
          <w:rFonts w:ascii="Times New Roman" w:hAnsi="Times New Roman"/>
          <w:i w:val="0"/>
          <w:color w:val="000000"/>
          <w:sz w:val="32"/>
        </w:rPr>
        <w:t>But St. Ives — the fishermen!</w:t>
      </w:r>
    </w:p>
    <w:p>
      <w:pPr>
        <w:pStyle w:val="StageDirection"/>
        <w:ind w:left="0" w:right="0" w:firstLine="0"/>
        <w:jc w:val="left"/>
      </w:pPr>
      <w:r>
        <w:rPr>
          <w:rFonts w:ascii="Times New Roman" w:hAnsi="Times New Roman"/>
          <w:i/>
          <w:color w:val="000000"/>
          <w:sz w:val="32"/>
        </w:rPr>
        <w:t>(Sounds of voices — talking, calling — screams of gulls.)</w:t>
      </w:r>
    </w:p>
    <w:p>
      <w:pPr>
        <w:ind w:left="0" w:right="0" w:firstLine="0"/>
        <w:jc w:val="left"/>
      </w:pPr>
      <w:r>
        <w:rPr>
          <w:rFonts w:ascii="Times New Roman" w:hAnsi="Times New Roman"/>
          <w:i w:val="0"/>
          <w:color w:val="000000"/>
          <w:sz w:val="32"/>
        </w:rPr>
        <w:t>The color and life: reds, blues and yellows... Gull wings beating the air... blood on the fish cleaners' leather aprons... peasant girls and their print scarves... coarse language, pendulous breasts...</w:t>
      </w:r>
    </w:p>
    <w:p>
      <w:pPr>
        <w:ind w:left="0" w:right="0" w:firstLine="0"/>
        <w:jc w:val="left"/>
      </w:pPr>
      <w:r>
        <w:rPr>
          <w:rFonts w:ascii="Times New Roman" w:hAnsi="Times New Roman"/>
          <w:i w:val="0"/>
          <w:color w:val="000000"/>
          <w:sz w:val="32"/>
        </w:rPr>
        <w:t>Little ponies pulling carts of fish up the beach... leaning into their traces until their hearts crack... give out... cut from their traces...</w:t>
      </w:r>
    </w:p>
    <w:p>
      <w:pPr>
        <w:pStyle w:val="StageDirection"/>
        <w:ind w:left="0" w:right="0" w:firstLine="0"/>
        <w:jc w:val="left"/>
      </w:pPr>
      <w:r>
        <w:rPr>
          <w:rFonts w:ascii="Times New Roman" w:hAnsi="Times New Roman"/>
          <w:i/>
          <w:color w:val="000000"/>
          <w:sz w:val="32"/>
        </w:rPr>
        <w:t>(Pause. Stares at image a moment.)</w:t>
      </w:r>
    </w:p>
    <w:p>
      <w:pPr>
        <w:ind w:left="0" w:right="0" w:firstLine="0"/>
        <w:jc w:val="left"/>
      </w:pPr>
      <w:r>
        <w:rPr>
          <w:rFonts w:ascii="Times New Roman" w:hAnsi="Times New Roman"/>
          <w:i w:val="0"/>
          <w:color w:val="000000"/>
          <w:sz w:val="32"/>
        </w:rPr>
        <w:t>Fishermen, waiting to go out —</w:t>
      </w:r>
    </w:p>
    <w:p>
      <w:pPr>
        <w:pStyle w:val="StageDirection"/>
        <w:ind w:left="0" w:right="0" w:firstLine="0"/>
        <w:jc w:val="left"/>
      </w:pPr>
      <w:r>
        <w:rPr>
          <w:rFonts w:ascii="Times New Roman" w:hAnsi="Times New Roman"/>
          <w:i/>
          <w:color w:val="000000"/>
          <w:sz w:val="32"/>
        </w:rPr>
        <w:t>(Suddenly quite animated.)</w:t>
      </w:r>
    </w:p>
    <w:p>
      <w:pPr>
        <w:ind w:left="0" w:right="0" w:firstLine="0"/>
        <w:jc w:val="left"/>
      </w:pPr>
      <w:r>
        <w:rPr>
          <w:rFonts w:ascii="Times New Roman" w:hAnsi="Times New Roman"/>
          <w:i w:val="0"/>
          <w:color w:val="000000"/>
          <w:sz w:val="32"/>
        </w:rPr>
        <w:t>Note the oddest thing! — the fishermen pacing on the beach before launching their boats, walking four paces then turning, walking four paces then turning. Back and forth, on and on... Do you see? ! Do you?</w:t>
      </w:r>
    </w:p>
    <w:p>
      <w:pPr>
        <w:pStyle w:val="StageDirection"/>
        <w:ind w:left="0" w:right="0" w:firstLine="0"/>
        <w:jc w:val="left"/>
      </w:pPr>
      <w:r>
        <w:rPr>
          <w:rFonts w:ascii="Times New Roman" w:hAnsi="Times New Roman"/>
          <w:i/>
          <w:color w:val="000000"/>
          <w:sz w:val="32"/>
        </w:rPr>
        <w:t>(Proud of her deduction.)</w:t>
      </w:r>
    </w:p>
    <w:p>
      <w:pPr>
        <w:ind w:left="0" w:right="0" w:firstLine="0"/>
        <w:jc w:val="left"/>
      </w:pPr>
      <w:r>
        <w:rPr>
          <w:rFonts w:ascii="Times New Roman" w:hAnsi="Times New Roman"/>
          <w:i w:val="0"/>
          <w:color w:val="000000"/>
          <w:sz w:val="32"/>
        </w:rPr>
        <w:t>Do you see, Edwin?</w:t>
      </w:r>
    </w:p>
    <w:p>
      <w:pPr>
        <w:pStyle w:val="StageDirection"/>
        <w:ind w:left="0" w:right="0" w:firstLine="0"/>
        <w:jc w:val="left"/>
      </w:pPr>
      <w:r>
        <w:rPr>
          <w:rFonts w:ascii="Times New Roman" w:hAnsi="Times New Roman"/>
          <w:i/>
          <w:color w:val="000000"/>
          <w:sz w:val="32"/>
        </w:rPr>
        <w:t>(Front again.)</w:t>
      </w:r>
    </w:p>
    <w:p>
      <w:pPr>
        <w:ind w:left="0" w:right="0" w:firstLine="0"/>
        <w:jc w:val="left"/>
      </w:pPr>
      <w:r>
        <w:rPr>
          <w:rFonts w:ascii="Times New Roman" w:hAnsi="Times New Roman"/>
          <w:i w:val="0"/>
          <w:color w:val="000000"/>
          <w:sz w:val="32"/>
        </w:rPr>
        <w:t>They’re walking the length of their boats! They didn’t know it, but they were.</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The left part of the picture — the woman in the straw hat and rose blouse carrying a basket up the beach — Think I imagined her to be me.</w:t>
      </w:r>
    </w:p>
    <w:p>
      <w:pPr>
        <w:pStyle w:val="StageDirection"/>
        <w:ind w:left="0" w:right="0" w:firstLine="0"/>
        <w:jc w:val="left"/>
      </w:pPr>
      <w:r>
        <w:rPr>
          <w:rFonts w:ascii="Times New Roman" w:hAnsi="Times New Roman"/>
          <w:i/>
          <w:color w:val="000000"/>
          <w:sz w:val="32"/>
        </w:rPr>
        <w:t>(Sighs.)</w:t>
      </w:r>
    </w:p>
    <w:p>
      <w:pPr>
        <w:ind w:left="0" w:right="0" w:firstLine="0"/>
        <w:jc w:val="left"/>
      </w:pPr>
      <w:r>
        <w:rPr>
          <w:rFonts w:ascii="Times New Roman" w:hAnsi="Times New Roman"/>
          <w:i w:val="0"/>
          <w:color w:val="000000"/>
          <w:sz w:val="32"/>
        </w:rPr>
        <w:t>Alone as usual.</w:t>
      </w:r>
    </w:p>
    <w:p>
      <w:pPr>
        <w:pStyle w:val="StageDirection"/>
        <w:ind w:left="0" w:right="0" w:firstLine="0"/>
        <w:jc w:val="left"/>
      </w:pPr>
      <w:r>
        <w:rPr>
          <w:rFonts w:ascii="Times New Roman" w:hAnsi="Times New Roman"/>
          <w:i/>
          <w:color w:val="000000"/>
          <w:sz w:val="32"/>
        </w:rPr>
        <w:t>(Sounds die out, just waves gently brushing the shore.)</w:t>
      </w:r>
    </w:p>
    <w:p>
      <w:pPr>
        <w:ind w:left="0" w:right="0" w:firstLine="0"/>
        <w:jc w:val="left"/>
      </w:pPr>
      <w:r>
        <w:rPr>
          <w:rFonts w:ascii="Times New Roman" w:hAnsi="Times New Roman"/>
          <w:i w:val="0"/>
          <w:color w:val="000000"/>
          <w:sz w:val="32"/>
        </w:rPr>
        <w:t>Without the cleft palate, of course.</w:t>
      </w:r>
    </w:p>
    <w:p>
      <w:pPr>
        <w:pStyle w:val="StageDirection"/>
        <w:ind w:left="0" w:right="0" w:firstLine="0"/>
        <w:jc w:val="left"/>
      </w:pPr>
      <w:r>
        <w:rPr>
          <w:rFonts w:ascii="Times New Roman" w:hAnsi="Times New Roman"/>
          <w:i/>
          <w:color w:val="000000"/>
          <w:sz w:val="32"/>
        </w:rPr>
        <w:t>(Long pause, almost shyly.)</w:t>
      </w:r>
    </w:p>
    <w:p>
      <w:pPr>
        <w:ind w:left="0" w:right="0" w:firstLine="0"/>
        <w:jc w:val="left"/>
      </w:pPr>
      <w:r>
        <w:rPr>
          <w:rFonts w:ascii="Times New Roman" w:hAnsi="Times New Roman"/>
          <w:i w:val="0"/>
          <w:color w:val="000000"/>
          <w:sz w:val="32"/>
        </w:rPr>
        <w:t>You noticed that, did you? My mouth? Childhood birth defect. Reason I prefer shadow.</w:t>
      </w:r>
    </w:p>
    <w:p>
      <w:pPr>
        <w:ind w:left="0" w:right="0" w:firstLine="0"/>
        <w:jc w:val="left"/>
      </w:pPr>
      <w:r>
        <w:rPr>
          <w:rFonts w:ascii="Times New Roman" w:hAnsi="Times New Roman"/>
          <w:i w:val="0"/>
          <w:color w:val="000000"/>
          <w:sz w:val="32"/>
        </w:rPr>
        <w:t>Couldn’t fix when I was a child — didn’t know how. Can now, but why...? Too late for me.</w:t>
      </w:r>
    </w:p>
    <w:p>
      <w:pPr>
        <w:pStyle w:val="StageDirection"/>
        <w:ind w:left="0" w:right="0" w:firstLine="0"/>
        <w:jc w:val="left"/>
      </w:pPr>
      <w:r>
        <w:rPr>
          <w:rFonts w:ascii="Times New Roman" w:hAnsi="Times New Roman"/>
          <w:i/>
          <w:color w:val="000000"/>
          <w:sz w:val="32"/>
        </w:rPr>
        <w:t>(Smiles.)</w:t>
      </w:r>
    </w:p>
    <w:p>
      <w:pPr>
        <w:ind w:left="0" w:right="0" w:firstLine="0"/>
        <w:jc w:val="left"/>
      </w:pPr>
      <w:r>
        <w:rPr>
          <w:rFonts w:ascii="Times New Roman" w:hAnsi="Times New Roman"/>
          <w:i w:val="0"/>
          <w:color w:val="000000"/>
          <w:sz w:val="32"/>
        </w:rPr>
        <w:t>Perhaps why I rail against facial expression? Do you think?</w:t>
      </w:r>
    </w:p>
    <w:p>
      <w:pPr>
        <w:ind w:left="0" w:right="0" w:firstLine="0"/>
        <w:jc w:val="left"/>
      </w:pPr>
      <w:r>
        <w:rPr>
          <w:rFonts w:ascii="Times New Roman" w:hAnsi="Times New Roman"/>
          <w:i w:val="0"/>
          <w:color w:val="000000"/>
          <w:sz w:val="32"/>
        </w:rPr>
        <w:t>Oh, well, I had Saint Ives. I had Fife! Both dear to my heart! Poppies and gulls, Grail and golden skies.</w:t>
      </w:r>
    </w:p>
    <w:p>
      <w:pPr>
        <w:ind w:left="0" w:right="0" w:firstLine="0"/>
        <w:jc w:val="left"/>
      </w:pPr>
      <w:r>
        <w:rPr>
          <w:rFonts w:ascii="Times New Roman" w:hAnsi="Times New Roman"/>
          <w:i w:val="0"/>
          <w:color w:val="000000"/>
          <w:sz w:val="32"/>
        </w:rPr>
        <w:t>Wrote a poem about it.</w:t>
      </w:r>
    </w:p>
    <w:p>
      <w:pPr>
        <w:pStyle w:val="StageDirection"/>
        <w:ind w:left="0" w:right="0" w:firstLine="0"/>
        <w:jc w:val="left"/>
      </w:pPr>
      <w:r>
        <w:rPr>
          <w:rFonts w:ascii="Times New Roman" w:hAnsi="Times New Roman"/>
          <w:i/>
          <w:color w:val="000000"/>
          <w:sz w:val="32"/>
        </w:rPr>
        <w:t>(She comes forward, music, begins to sing.)</w:t>
      </w:r>
    </w:p>
    <w:p>
      <w:pPr>
        <w:pStyle w:val="SongTitle"/>
        <w:ind w:left="0" w:right="0" w:firstLine="0"/>
        <w:jc w:val="left"/>
      </w:pPr>
      <w:r>
        <w:rPr>
          <w:rFonts w:ascii="Times New Roman" w:hAnsi="Times New Roman"/>
          <w:i/>
          <w:color w:val="000000"/>
          <w:sz w:val="32"/>
        </w:rPr>
        <w:t>“Fife Is Home to Me”</w:t>
      </w:r>
    </w:p>
    <w:p>
      <w:pPr>
        <w:pStyle w:val="Song"/>
        <w:ind w:left="0" w:right="0" w:firstLine="0"/>
        <w:jc w:val="left"/>
      </w:pPr>
      <w:r>
        <w:rPr>
          <w:rFonts w:ascii="Times New Roman" w:hAnsi="Times New Roman"/>
          <w:color w:val="000000"/>
          <w:sz w:val="32"/>
        </w:rPr>
        <w:t>Cornfields, poppy-starred, I know</w:t>
      </w:r>
      <w:r>
        <w:rPr>
          <w:color w:val="000000"/>
          <w:sz w:val="32"/>
        </w:rPr>
        <w:br/>
      </w:r>
      <w:r>
        <w:rPr>
          <w:rFonts w:ascii="Times New Roman" w:hAnsi="Times New Roman"/>
          <w:color w:val="000000"/>
          <w:sz w:val="32"/>
        </w:rPr>
        <w:t>Golden in the after-glow</w:t>
      </w:r>
      <w:r>
        <w:rPr>
          <w:color w:val="000000"/>
          <w:sz w:val="32"/>
        </w:rPr>
        <w:br/>
      </w:r>
      <w:r>
        <w:rPr>
          <w:rFonts w:ascii="Times New Roman" w:hAnsi="Times New Roman"/>
          <w:color w:val="000000"/>
          <w:sz w:val="32"/>
        </w:rPr>
        <w:t>Where the drifting sea-gulls blow</w:t>
      </w:r>
      <w:r>
        <w:rPr>
          <w:color w:val="000000"/>
          <w:sz w:val="32"/>
        </w:rPr>
        <w:br/>
      </w:r>
      <w:r>
        <w:rPr>
          <w:rFonts w:ascii="Times New Roman" w:hAnsi="Times New Roman"/>
          <w:color w:val="000000"/>
          <w:sz w:val="32"/>
        </w:rPr>
        <w:t>Inland and away</w:t>
      </w:r>
    </w:p>
    <w:p>
      <w:pPr>
        <w:pStyle w:val="Song"/>
        <w:ind w:left="0" w:right="0" w:firstLine="0"/>
        <w:jc w:val="left"/>
      </w:pPr>
      <w:r>
        <w:rPr>
          <w:rFonts w:ascii="Times New Roman" w:hAnsi="Times New Roman"/>
          <w:color w:val="000000"/>
          <w:sz w:val="32"/>
        </w:rPr>
        <w:t>Amber light of evening skies</w:t>
      </w:r>
      <w:r>
        <w:rPr>
          <w:color w:val="000000"/>
          <w:sz w:val="32"/>
        </w:rPr>
        <w:br/>
      </w:r>
      <w:r>
        <w:rPr>
          <w:rFonts w:ascii="Times New Roman" w:hAnsi="Times New Roman"/>
          <w:color w:val="000000"/>
          <w:sz w:val="32"/>
        </w:rPr>
        <w:t>Through the jeweled twilight dies</w:t>
      </w:r>
      <w:r>
        <w:rPr>
          <w:color w:val="000000"/>
          <w:sz w:val="32"/>
        </w:rPr>
        <w:br/>
      </w:r>
      <w:r>
        <w:rPr>
          <w:rFonts w:ascii="Times New Roman" w:hAnsi="Times New Roman"/>
          <w:color w:val="000000"/>
          <w:sz w:val="32"/>
        </w:rPr>
        <w:t>On the boats, dim butterflies</w:t>
      </w:r>
      <w:r>
        <w:rPr>
          <w:color w:val="000000"/>
          <w:sz w:val="32"/>
        </w:rPr>
        <w:br/>
      </w:r>
      <w:r>
        <w:rPr>
          <w:rFonts w:ascii="Times New Roman" w:hAnsi="Times New Roman"/>
          <w:color w:val="000000"/>
          <w:sz w:val="32"/>
        </w:rPr>
        <w:t>Floating on the bay</w:t>
      </w:r>
    </w:p>
    <w:p>
      <w:pPr>
        <w:pStyle w:val="Song"/>
        <w:ind w:left="0" w:right="0" w:firstLine="0"/>
        <w:jc w:val="left"/>
      </w:pPr>
      <w:r>
        <w:rPr>
          <w:rFonts w:ascii="Times New Roman" w:hAnsi="Times New Roman"/>
          <w:color w:val="000000"/>
          <w:sz w:val="32"/>
        </w:rPr>
        <w:t>Seagulls flying inland cry</w:t>
      </w:r>
      <w:r>
        <w:rPr>
          <w:color w:val="000000"/>
          <w:sz w:val="32"/>
        </w:rPr>
        <w:br/>
      </w:r>
      <w:r>
        <w:rPr>
          <w:rFonts w:ascii="Times New Roman" w:hAnsi="Times New Roman"/>
          <w:color w:val="000000"/>
          <w:sz w:val="32"/>
        </w:rPr>
        <w:t>Of the storms that rise and die</w:t>
      </w:r>
      <w:r>
        <w:rPr>
          <w:color w:val="000000"/>
          <w:sz w:val="32"/>
        </w:rPr>
        <w:br/>
      </w:r>
      <w:r>
        <w:rPr>
          <w:rFonts w:ascii="Times New Roman" w:hAnsi="Times New Roman"/>
          <w:color w:val="000000"/>
          <w:sz w:val="32"/>
        </w:rPr>
        <w:t>As the gulls cry, so cry I</w:t>
      </w:r>
      <w:r>
        <w:rPr>
          <w:color w:val="000000"/>
          <w:sz w:val="32"/>
        </w:rPr>
        <w:br/>
      </w:r>
      <w:r>
        <w:rPr>
          <w:rFonts w:ascii="Times New Roman" w:hAnsi="Times New Roman"/>
          <w:color w:val="000000"/>
          <w:sz w:val="32"/>
        </w:rPr>
        <w:t>Longing for the sea</w:t>
      </w:r>
    </w:p>
    <w:p>
      <w:pPr>
        <w:pStyle w:val="Song"/>
        <w:ind w:left="0" w:right="0" w:firstLine="0"/>
        <w:jc w:val="left"/>
      </w:pPr>
      <w:r>
        <w:rPr>
          <w:rFonts w:ascii="Times New Roman" w:hAnsi="Times New Roman"/>
          <w:color w:val="000000"/>
          <w:sz w:val="32"/>
        </w:rPr>
        <w:t>Could I for the Firth set sail</w:t>
      </w:r>
      <w:r>
        <w:rPr>
          <w:color w:val="000000"/>
          <w:sz w:val="32"/>
        </w:rPr>
        <w:br/>
      </w:r>
      <w:r>
        <w:rPr>
          <w:rFonts w:ascii="Times New Roman" w:hAnsi="Times New Roman"/>
          <w:color w:val="000000"/>
          <w:sz w:val="32"/>
        </w:rPr>
        <w:t>For the cliff-built town of Crail</w:t>
      </w:r>
      <w:r>
        <w:rPr>
          <w:color w:val="000000"/>
          <w:sz w:val="32"/>
        </w:rPr>
        <w:br/>
      </w:r>
      <w:r>
        <w:rPr>
          <w:rFonts w:ascii="Times New Roman" w:hAnsi="Times New Roman"/>
          <w:color w:val="000000"/>
          <w:sz w:val="32"/>
        </w:rPr>
        <w:t>Fairydom itself would pale</w:t>
      </w:r>
      <w:r>
        <w:rPr>
          <w:color w:val="000000"/>
          <w:sz w:val="32"/>
        </w:rPr>
        <w:br/>
      </w:r>
      <w:r>
        <w:rPr>
          <w:rFonts w:ascii="Times New Roman" w:hAnsi="Times New Roman"/>
          <w:color w:val="000000"/>
          <w:sz w:val="32"/>
        </w:rPr>
        <w:t>Fife is home to me</w:t>
      </w:r>
    </w:p>
    <w:p>
      <w:pPr>
        <w:pStyle w:val="StageDirection"/>
        <w:ind w:left="0" w:right="0" w:firstLine="0"/>
        <w:jc w:val="left"/>
      </w:pPr>
      <w:r>
        <w:rPr>
          <w:rFonts w:ascii="Times New Roman" w:hAnsi="Times New Roman"/>
          <w:i/>
          <w:color w:val="000000"/>
          <w:sz w:val="32"/>
        </w:rPr>
        <w:t>(Pause, looks down then looks up, slowly, at slide image again.)</w:t>
      </w:r>
    </w:p>
    <w:p>
      <w:pPr>
        <w:ind w:left="0" w:right="0" w:firstLine="0"/>
        <w:jc w:val="left"/>
      </w:pPr>
      <w:r>
        <w:rPr>
          <w:rFonts w:ascii="Times New Roman" w:hAnsi="Times New Roman"/>
          <w:i w:val="0"/>
          <w:color w:val="000000"/>
          <w:sz w:val="32"/>
        </w:rPr>
        <w:t>Had a nerve, didn’t I, making her attractive? Always kept my figure, that part’s true.</w:t>
      </w:r>
    </w:p>
    <w:p>
      <w:pPr>
        <w:ind w:left="0" w:right="0" w:firstLine="0"/>
        <w:jc w:val="left"/>
      </w:pPr>
      <w:r>
        <w:rPr>
          <w:rFonts w:ascii="Times New Roman" w:hAnsi="Times New Roman"/>
          <w:i w:val="0"/>
          <w:color w:val="000000"/>
          <w:sz w:val="32"/>
        </w:rPr>
        <w:t>In my school there was an award each month for the best artist. Given in front of the class. My name not called, not once. To give an award for beauty to someone who looked like me was more than the teachers could make themselves do.</w:t>
      </w:r>
    </w:p>
    <w:p>
      <w:pPr>
        <w:ind w:left="0" w:right="0" w:firstLine="0"/>
        <w:jc w:val="left"/>
      </w:pPr>
      <w:r>
        <w:rPr>
          <w:rFonts w:ascii="Times New Roman" w:hAnsi="Times New Roman"/>
          <w:i w:val="0"/>
          <w:color w:val="000000"/>
          <w:sz w:val="32"/>
        </w:rPr>
        <w:t>Well, won’t lie — it hurt. Nearly gave up art. Think sometimes, “Where would I be today if I’d done that?”</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Later had a pal — Ethel.</w:t>
      </w:r>
    </w:p>
    <w:p>
      <w:pPr>
        <w:pStyle w:val="StageDirection"/>
        <w:ind w:left="0" w:right="0" w:firstLine="0"/>
        <w:jc w:val="left"/>
      </w:pPr>
      <w:r>
        <w:rPr>
          <w:rFonts w:ascii="Times New Roman" w:hAnsi="Times New Roman"/>
          <w:i/>
          <w:color w:val="000000"/>
          <w:sz w:val="32"/>
        </w:rPr>
        <w:t>(Bishop O’Hara looks at her.)</w:t>
      </w:r>
    </w:p>
    <w:p>
      <w:pPr>
        <w:ind w:left="0" w:right="0" w:firstLine="0"/>
        <w:jc w:val="left"/>
      </w:pPr>
      <w:r>
        <w:rPr>
          <w:rFonts w:ascii="Times New Roman" w:hAnsi="Times New Roman"/>
          <w:i w:val="0"/>
          <w:color w:val="000000"/>
          <w:sz w:val="32"/>
        </w:rPr>
        <w:t>Were best friends. But she was back in San Francisco. She...</w:t>
      </w:r>
    </w:p>
    <w:p>
      <w:pPr>
        <w:pStyle w:val="StageDirection"/>
        <w:ind w:left="0" w:right="0" w:firstLine="0"/>
        <w:jc w:val="left"/>
      </w:pPr>
      <w:r>
        <w:rPr>
          <w:rFonts w:ascii="Times New Roman" w:hAnsi="Times New Roman"/>
          <w:i/>
          <w:color w:val="000000"/>
          <w:sz w:val="32"/>
        </w:rPr>
        <w:t>(Starts to say something else, decides not to.)</w:t>
      </w:r>
    </w:p>
    <w:p>
      <w:pPr>
        <w:pStyle w:val="StageDirection"/>
        <w:ind w:left="0" w:right="0" w:firstLine="0"/>
        <w:jc w:val="left"/>
      </w:pPr>
      <w:r>
        <w:rPr>
          <w:rFonts w:ascii="Times New Roman" w:hAnsi="Times New Roman"/>
          <w:i/>
          <w:color w:val="000000"/>
          <w:sz w:val="32"/>
        </w:rPr>
        <w:t>(Abruptly: #28 Slide.)</w:t>
      </w:r>
    </w:p>
    <w:p>
      <w:pPr>
        <w:ind w:left="0" w:right="0" w:firstLine="0"/>
        <w:jc w:val="left"/>
      </w:pPr>
      <w:r>
        <w:rPr>
          <w:rFonts w:ascii="Times New Roman" w:hAnsi="Times New Roman"/>
          <w:i w:val="0"/>
          <w:color w:val="000000"/>
          <w:sz w:val="32"/>
        </w:rPr>
        <w:t>Is it not breathtaking? ... Spanish altar piece, church in Valencia... Spain and Mexico rich in liturgical art, we’re clumsy by comparison.</w:t>
      </w:r>
    </w:p>
    <w:p>
      <w:pPr>
        <w:ind w:left="0" w:right="0" w:firstLine="0"/>
        <w:jc w:val="left"/>
      </w:pPr>
      <w:r>
        <w:rPr>
          <w:rFonts w:ascii="Times New Roman" w:hAnsi="Times New Roman"/>
          <w:i w:val="0"/>
          <w:color w:val="000000"/>
          <w:sz w:val="32"/>
        </w:rPr>
        <w:t>Redoing the altar here at St. Peter’s... will be borrowing from this... being so beautiful.</w:t>
      </w:r>
    </w:p>
    <w:p>
      <w:pPr>
        <w:pStyle w:val="StageDirection"/>
        <w:ind w:left="0" w:right="0" w:firstLine="0"/>
        <w:jc w:val="left"/>
      </w:pPr>
      <w:r>
        <w:rPr>
          <w:rFonts w:ascii="Times New Roman" w:hAnsi="Times New Roman"/>
          <w:i/>
          <w:color w:val="000000"/>
          <w:sz w:val="32"/>
        </w:rPr>
        <w:t>(#29 Slide — Ethel young.)</w:t>
      </w:r>
    </w:p>
    <w:p>
      <w:pPr>
        <w:ind w:left="0" w:right="0" w:firstLine="0"/>
        <w:jc w:val="left"/>
      </w:pPr>
      <w:r>
        <w:rPr>
          <w:rFonts w:ascii="Times New Roman" w:hAnsi="Times New Roman"/>
          <w:i w:val="0"/>
          <w:color w:val="000000"/>
          <w:sz w:val="32"/>
        </w:rPr>
        <w:t>My friend Ethel, whom I told you about...</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Black and white image, so... difficult to guess hair color... Red then, she had freckles. First time I saw her —</w:t>
      </w:r>
    </w:p>
    <w:p>
      <w:pPr>
        <w:pStyle w:val="StageDirection"/>
        <w:ind w:left="0" w:right="0" w:firstLine="0"/>
        <w:jc w:val="left"/>
      </w:pPr>
      <w:r>
        <w:rPr>
          <w:rFonts w:ascii="Times New Roman" w:hAnsi="Times New Roman"/>
          <w:i/>
          <w:color w:val="000000"/>
          <w:sz w:val="32"/>
        </w:rPr>
        <w:t>(#30 Slide, a photograph.)</w:t>
      </w:r>
    </w:p>
    <w:p>
      <w:pPr>
        <w:ind w:left="0" w:right="0" w:firstLine="0"/>
        <w:jc w:val="left"/>
      </w:pPr>
      <w:r>
        <w:rPr>
          <w:rFonts w:ascii="Times New Roman" w:hAnsi="Times New Roman"/>
          <w:i w:val="0"/>
          <w:color w:val="000000"/>
          <w:sz w:val="32"/>
        </w:rPr>
        <w:t>— was here, Point Lobos — Point of the Sea Wolves or sea lions — near Carmel... California... place to this day favored by artists...</w:t>
      </w:r>
    </w:p>
    <w:p>
      <w:pPr>
        <w:pStyle w:val="StageDirection"/>
        <w:ind w:left="0" w:right="0" w:firstLine="0"/>
        <w:jc w:val="left"/>
      </w:pPr>
      <w:r>
        <w:rPr>
          <w:rFonts w:ascii="Times New Roman" w:hAnsi="Times New Roman"/>
          <w:i/>
          <w:color w:val="000000"/>
          <w:sz w:val="32"/>
        </w:rPr>
        <w:t>(Again, sound of waves brushing the shore.)</w:t>
      </w:r>
    </w:p>
    <w:p>
      <w:pPr>
        <w:ind w:left="0" w:right="0" w:firstLine="0"/>
        <w:jc w:val="left"/>
      </w:pPr>
      <w:r>
        <w:rPr>
          <w:rFonts w:ascii="Times New Roman" w:hAnsi="Times New Roman"/>
          <w:i w:val="0"/>
          <w:color w:val="000000"/>
          <w:sz w:val="32"/>
        </w:rPr>
        <w:t>... Ethel wore a pale blue dress, kind of smock, with paint spots, looked as much boy as girl — late for the first day of my painting class.</w:t>
      </w:r>
    </w:p>
    <w:p>
      <w:pPr>
        <w:pStyle w:val="StageDirection"/>
        <w:ind w:left="0" w:right="0" w:firstLine="0"/>
        <w:jc w:val="left"/>
      </w:pPr>
      <w:r>
        <w:rPr>
          <w:rFonts w:ascii="Times New Roman" w:hAnsi="Times New Roman"/>
          <w:i/>
          <w:color w:val="000000"/>
          <w:sz w:val="32"/>
        </w:rPr>
        <w:t>(Mock shock.)</w:t>
      </w:r>
    </w:p>
    <w:p>
      <w:pPr>
        <w:ind w:left="0" w:right="0" w:firstLine="0"/>
        <w:jc w:val="left"/>
      </w:pPr>
      <w:r>
        <w:rPr>
          <w:rFonts w:ascii="Times New Roman" w:hAnsi="Times New Roman"/>
          <w:i w:val="0"/>
          <w:color w:val="000000"/>
          <w:sz w:val="32"/>
        </w:rPr>
        <w:t>And had forgotten her paint box!</w:t>
      </w:r>
    </w:p>
    <w:p>
      <w:pPr>
        <w:ind w:left="0" w:right="0" w:firstLine="0"/>
        <w:jc w:val="left"/>
      </w:pPr>
      <w:r>
        <w:rPr>
          <w:rFonts w:ascii="Times New Roman" w:hAnsi="Times New Roman"/>
          <w:i w:val="0"/>
          <w:color w:val="000000"/>
          <w:sz w:val="32"/>
        </w:rPr>
        <w:t>I’d just sent the class down to the beach to paint the waves.</w:t>
      </w:r>
    </w:p>
    <w:p>
      <w:pPr>
        <w:ind w:left="0" w:right="0" w:firstLine="0"/>
        <w:jc w:val="left"/>
      </w:pPr>
      <w:r>
        <w:rPr>
          <w:rFonts w:ascii="Times New Roman" w:hAnsi="Times New Roman"/>
          <w:i w:val="0"/>
          <w:color w:val="000000"/>
          <w:sz w:val="32"/>
        </w:rPr>
        <w:t>Ethel nervous... out of breath, very young, several years younger than me. Sure, to her I seemed ancient.</w:t>
      </w:r>
    </w:p>
    <w:p>
      <w:pPr>
        <w:ind w:left="0" w:right="0" w:firstLine="0"/>
        <w:jc w:val="left"/>
      </w:pPr>
      <w:r>
        <w:rPr>
          <w:rFonts w:ascii="Times New Roman" w:hAnsi="Times New Roman"/>
          <w:i w:val="0"/>
          <w:color w:val="000000"/>
          <w:sz w:val="32"/>
        </w:rPr>
        <w:t>“I’m sorry, I’m —</w:t>
      </w:r>
    </w:p>
    <w:p>
      <w:pPr>
        <w:ind w:left="0" w:right="0" w:firstLine="0"/>
        <w:jc w:val="left"/>
      </w:pPr>
      <w:r>
        <w:rPr>
          <w:rFonts w:ascii="Times New Roman" w:hAnsi="Times New Roman"/>
          <w:i w:val="0"/>
          <w:color w:val="000000"/>
          <w:sz w:val="32"/>
        </w:rPr>
        <w:t>“You’re the last to arrive — so...</w:t>
      </w:r>
    </w:p>
    <w:p>
      <w:pPr>
        <w:pStyle w:val="StageDirection"/>
        <w:ind w:left="0" w:right="0" w:firstLine="0"/>
        <w:jc w:val="left"/>
      </w:pPr>
      <w:r>
        <w:rPr>
          <w:rFonts w:ascii="Times New Roman" w:hAnsi="Times New Roman"/>
          <w:i/>
          <w:color w:val="000000"/>
          <w:sz w:val="32"/>
        </w:rPr>
        <w:t>(‘Looking’ at a ‘paper’, reading her name off it.)</w:t>
      </w:r>
    </w:p>
    <w:p>
      <w:pPr>
        <w:ind w:left="0" w:right="0" w:firstLine="0"/>
        <w:jc w:val="left"/>
      </w:pPr>
      <w:r>
        <w:rPr>
          <w:rFonts w:ascii="Times New Roman" w:hAnsi="Times New Roman"/>
          <w:i w:val="0"/>
          <w:color w:val="000000"/>
          <w:sz w:val="32"/>
        </w:rPr>
        <w:t>... so... you must be Ethel McAllister.”</w:t>
      </w:r>
    </w:p>
    <w:p>
      <w:pPr>
        <w:ind w:left="0" w:right="0" w:firstLine="0"/>
        <w:jc w:val="left"/>
      </w:pPr>
      <w:r>
        <w:rPr>
          <w:rFonts w:ascii="Times New Roman" w:hAnsi="Times New Roman"/>
          <w:i w:val="0"/>
          <w:color w:val="000000"/>
          <w:sz w:val="32"/>
        </w:rPr>
        <w:t>“Yes, ma’am.”</w:t>
      </w:r>
    </w:p>
    <w:p>
      <w:pPr>
        <w:ind w:left="0" w:right="0" w:firstLine="0"/>
        <w:jc w:val="left"/>
      </w:pPr>
      <w:r>
        <w:rPr>
          <w:rFonts w:ascii="Times New Roman" w:hAnsi="Times New Roman"/>
          <w:i w:val="0"/>
          <w:color w:val="000000"/>
          <w:sz w:val="32"/>
        </w:rPr>
        <w:t>“Forgetting your paint box — makes one question your seriousness.”</w:t>
      </w:r>
    </w:p>
    <w:p>
      <w:pPr>
        <w:ind w:left="0" w:right="0" w:firstLine="0"/>
        <w:jc w:val="left"/>
      </w:pPr>
      <w:r>
        <w:rPr>
          <w:rFonts w:ascii="Times New Roman" w:hAnsi="Times New Roman"/>
          <w:i w:val="0"/>
          <w:color w:val="000000"/>
          <w:sz w:val="32"/>
        </w:rPr>
        <w:t>“I’m very serious! I’m passionate to paint! So passionate I forgot my paint box! ’’</w:t>
      </w:r>
    </w:p>
    <w:p>
      <w:pPr>
        <w:ind w:left="0" w:right="0" w:firstLine="0"/>
        <w:jc w:val="left"/>
      </w:pPr>
      <w:r>
        <w:rPr>
          <w:rFonts w:ascii="Times New Roman" w:hAnsi="Times New Roman"/>
          <w:i w:val="0"/>
          <w:color w:val="000000"/>
          <w:sz w:val="32"/>
        </w:rPr>
        <w:t>Well, that was quick I thought. So, I said, “Did you just make that up, Ethel McAllister?”</w:t>
      </w:r>
    </w:p>
    <w:p>
      <w:pPr>
        <w:ind w:left="0" w:right="0" w:firstLine="0"/>
        <w:jc w:val="left"/>
      </w:pPr>
      <w:r>
        <w:rPr>
          <w:rFonts w:ascii="Times New Roman" w:hAnsi="Times New Roman"/>
          <w:i w:val="0"/>
          <w:color w:val="000000"/>
          <w:sz w:val="32"/>
        </w:rPr>
        <w:t>“It came to me suddenly — but it’s true.”</w:t>
      </w:r>
    </w:p>
    <w:p>
      <w:pPr>
        <w:ind w:left="0" w:right="0" w:firstLine="0"/>
        <w:jc w:val="left"/>
      </w:pPr>
      <w:r>
        <w:rPr>
          <w:rFonts w:ascii="Times New Roman" w:hAnsi="Times New Roman"/>
          <w:i w:val="0"/>
          <w:color w:val="000000"/>
          <w:sz w:val="32"/>
        </w:rPr>
        <w:t>“A charming reason.”</w:t>
      </w:r>
    </w:p>
    <w:p>
      <w:pPr>
        <w:ind w:left="0" w:right="0" w:firstLine="0"/>
        <w:jc w:val="left"/>
      </w:pPr>
      <w:r>
        <w:rPr>
          <w:rFonts w:ascii="Times New Roman" w:hAnsi="Times New Roman"/>
          <w:i w:val="0"/>
          <w:color w:val="000000"/>
          <w:sz w:val="32"/>
        </w:rPr>
        <w:t>“Then you won’t send me away? They say you send people away. You mustn't send me away. I want to learn from you. ’’</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I said... Well, nothing, because... on the beach — the roar of a rogue wave — and at that moment —</w:t>
      </w:r>
    </w:p>
    <w:p>
      <w:pPr>
        <w:pStyle w:val="StageDirection"/>
        <w:ind w:left="0" w:right="0" w:firstLine="0"/>
        <w:jc w:val="left"/>
      </w:pPr>
      <w:r>
        <w:rPr>
          <w:rFonts w:ascii="Times New Roman" w:hAnsi="Times New Roman"/>
          <w:i/>
          <w:color w:val="000000"/>
          <w:sz w:val="32"/>
        </w:rPr>
        <w:t>(We hear the sound of a wave approaching, a low, growing rumble.)</w:t>
      </w:r>
    </w:p>
    <w:p>
      <w:pPr>
        <w:ind w:left="0" w:right="0" w:firstLine="0"/>
        <w:jc w:val="left"/>
      </w:pPr>
      <w:r>
        <w:rPr>
          <w:rFonts w:ascii="Times New Roman" w:hAnsi="Times New Roman"/>
          <w:i w:val="0"/>
          <w:color w:val="000000"/>
          <w:sz w:val="32"/>
        </w:rPr>
        <w:t>— a glimpse of the white dress of one of my students at the water’s edge —</w:t>
      </w:r>
    </w:p>
    <w:p>
      <w:pPr>
        <w:pStyle w:val="StageDirection"/>
        <w:ind w:left="0" w:right="0" w:firstLine="0"/>
        <w:jc w:val="left"/>
      </w:pPr>
      <w:r>
        <w:rPr>
          <w:rFonts w:ascii="Times New Roman" w:hAnsi="Times New Roman"/>
          <w:i/>
          <w:color w:val="000000"/>
          <w:sz w:val="32"/>
        </w:rPr>
        <w:t>(The crash of the wave.)</w:t>
      </w:r>
    </w:p>
    <w:p>
      <w:pPr>
        <w:ind w:left="0" w:right="0" w:firstLine="0"/>
        <w:jc w:val="left"/>
      </w:pPr>
      <w:r>
        <w:rPr>
          <w:rFonts w:ascii="Times New Roman" w:hAnsi="Times New Roman"/>
          <w:i w:val="0"/>
          <w:color w:val="000000"/>
          <w:sz w:val="32"/>
        </w:rPr>
        <w:t>I hold my breath! I don’t remember closing my eyes — but I remember opening them. The white dress still there, the girl has been doused — and is laughing!</w:t>
      </w:r>
    </w:p>
    <w:p>
      <w:pPr>
        <w:ind w:left="0" w:right="0" w:firstLine="0"/>
        <w:jc w:val="left"/>
      </w:pPr>
      <w:r>
        <w:rPr>
          <w:rFonts w:ascii="Times New Roman" w:hAnsi="Times New Roman"/>
          <w:i w:val="0"/>
          <w:color w:val="000000"/>
          <w:sz w:val="32"/>
        </w:rPr>
        <w:t>Laughing!</w:t>
      </w:r>
    </w:p>
    <w:p>
      <w:pPr>
        <w:ind w:left="0" w:right="0" w:firstLine="0"/>
        <w:jc w:val="left"/>
      </w:pPr>
      <w:r>
        <w:rPr>
          <w:rFonts w:ascii="Times New Roman" w:hAnsi="Times New Roman"/>
          <w:i w:val="0"/>
          <w:color w:val="000000"/>
          <w:sz w:val="32"/>
        </w:rPr>
        <w:t>The others, too. Sometimes they can be so stupid!</w:t>
      </w:r>
    </w:p>
    <w:p>
      <w:pPr>
        <w:ind w:left="0" w:right="0" w:firstLine="0"/>
        <w:jc w:val="left"/>
      </w:pPr>
      <w:r>
        <w:rPr>
          <w:rFonts w:ascii="Times New Roman" w:hAnsi="Times New Roman"/>
          <w:i w:val="0"/>
          <w:color w:val="000000"/>
          <w:sz w:val="32"/>
        </w:rPr>
        <w:t xml:space="preserve">But, oh, the relief I felt! </w:t>
      </w:r>
      <w:r>
        <w:rPr>
          <w:rFonts w:ascii="Times New Roman" w:hAnsi="Times New Roman"/>
          <w:i/>
          <w:color w:val="000000"/>
          <w:sz w:val="32"/>
        </w:rPr>
        <w:t>(Holds her hand out.)</w:t>
      </w:r>
      <w:r>
        <w:rPr>
          <w:rFonts w:ascii="Times New Roman" w:hAnsi="Times New Roman"/>
          <w:i w:val="0"/>
          <w:color w:val="000000"/>
          <w:sz w:val="32"/>
        </w:rPr>
        <w:t xml:space="preserve"> I was trembling.</w:t>
      </w:r>
    </w:p>
    <w:p>
      <w:pPr>
        <w:ind w:left="0" w:right="0" w:firstLine="0"/>
        <w:jc w:val="left"/>
      </w:pPr>
      <w:r>
        <w:rPr>
          <w:rFonts w:ascii="Times New Roman" w:hAnsi="Times New Roman"/>
          <w:i w:val="0"/>
          <w:color w:val="000000"/>
          <w:sz w:val="32"/>
        </w:rPr>
        <w:t>Rushed to the edge of the bluff, yelled my loudest down at my students, startling them, and Ethel, too, I’m sure —</w:t>
      </w:r>
    </w:p>
    <w:p>
      <w:pPr>
        <w:ind w:left="0" w:right="0" w:firstLine="0"/>
        <w:jc w:val="left"/>
      </w:pPr>
      <w:r>
        <w:rPr>
          <w:rFonts w:ascii="Times New Roman" w:hAnsi="Times New Roman"/>
          <w:i w:val="0"/>
          <w:color w:val="000000"/>
          <w:sz w:val="32"/>
        </w:rPr>
        <w:t>“Ladies, ladies! Do not — do not — turn your back to the sea. Ever! Ever! For it will come up behind you and kill you.</w:t>
      </w:r>
    </w:p>
    <w:p>
      <w:pPr>
        <w:ind w:left="0" w:right="0" w:firstLine="0"/>
        <w:jc w:val="left"/>
      </w:pPr>
      <w:r>
        <w:rPr>
          <w:rFonts w:ascii="Times New Roman" w:hAnsi="Times New Roman"/>
          <w:i w:val="0"/>
          <w:color w:val="000000"/>
          <w:sz w:val="32"/>
        </w:rPr>
        <w:t>Then I turned on Ethel</w:t>
      </w:r>
    </w:p>
    <w:p>
      <w:pPr>
        <w:ind w:left="0" w:right="0" w:firstLine="0"/>
        <w:jc w:val="left"/>
      </w:pPr>
      <w:r>
        <w:rPr>
          <w:rFonts w:ascii="Times New Roman" w:hAnsi="Times New Roman"/>
          <w:i w:val="0"/>
          <w:color w:val="000000"/>
          <w:sz w:val="32"/>
        </w:rPr>
        <w:t>“Do you hear me? Do you understand, Ethel McAllister? ’’</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Quite frightened her, I’m sure.</w:t>
      </w:r>
    </w:p>
    <w:p>
      <w:pPr>
        <w:ind w:left="0" w:right="0" w:firstLine="0"/>
        <w:jc w:val="left"/>
      </w:pPr>
      <w:r>
        <w:rPr>
          <w:rFonts w:ascii="Times New Roman" w:hAnsi="Times New Roman"/>
          <w:i w:val="0"/>
          <w:color w:val="000000"/>
          <w:sz w:val="32"/>
        </w:rPr>
        <w:t>I'll tell you this: she didn't mention her paint box again.</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I was angry at myself, of course. I’d been so taken by Ethel's passion to paint, I’d neglected the safety of my students. The young girls entrusted to my care.</w:t>
      </w:r>
    </w:p>
    <w:p>
      <w:pPr>
        <w:ind w:left="0" w:right="0" w:firstLine="0"/>
        <w:jc w:val="left"/>
      </w:pPr>
      <w:r>
        <w:rPr>
          <w:rFonts w:ascii="Times New Roman" w:hAnsi="Times New Roman"/>
          <w:i w:val="0"/>
          <w:color w:val="000000"/>
          <w:sz w:val="32"/>
        </w:rPr>
        <w:t>Well... sometimes we're lucky. And we forget that, don't we?</w:t>
      </w:r>
    </w:p>
    <w:p>
      <w:pPr>
        <w:pStyle w:val="StageDirection"/>
        <w:ind w:left="0" w:right="0" w:firstLine="0"/>
        <w:jc w:val="left"/>
      </w:pPr>
      <w:r>
        <w:rPr>
          <w:rFonts w:ascii="Times New Roman" w:hAnsi="Times New Roman"/>
          <w:i/>
          <w:color w:val="000000"/>
          <w:sz w:val="32"/>
        </w:rPr>
        <w:t>(Looks at image, then #31 slide, pause, tenderly:)</w:t>
      </w:r>
    </w:p>
    <w:p>
      <w:pPr>
        <w:ind w:left="0" w:right="0" w:firstLine="0"/>
        <w:jc w:val="left"/>
      </w:pPr>
      <w:r>
        <w:rPr>
          <w:rFonts w:ascii="Times New Roman" w:hAnsi="Times New Roman"/>
          <w:i w:val="0"/>
          <w:color w:val="000000"/>
          <w:sz w:val="32"/>
        </w:rPr>
        <w:t>Head of the Virgin. Fourteenth century fresco. Northern Italy. Dark hair... almond eyes.</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What soft, gentle eyes. How very, very beautiful.</w:t>
      </w:r>
    </w:p>
    <w:p>
      <w:pPr>
        <w:pStyle w:val="StageDirection"/>
        <w:ind w:left="0" w:right="0" w:firstLine="0"/>
        <w:jc w:val="left"/>
      </w:pPr>
      <w:r>
        <w:rPr>
          <w:rFonts w:ascii="Times New Roman" w:hAnsi="Times New Roman"/>
          <w:i/>
          <w:color w:val="000000"/>
          <w:sz w:val="32"/>
        </w:rPr>
        <w:t>(Pause, stares at it.)</w:t>
      </w:r>
    </w:p>
    <w:p>
      <w:pPr>
        <w:ind w:left="0" w:right="0" w:firstLine="0"/>
        <w:jc w:val="left"/>
      </w:pPr>
      <w:r>
        <w:rPr>
          <w:rFonts w:ascii="Times New Roman" w:hAnsi="Times New Roman"/>
          <w:i w:val="0"/>
          <w:color w:val="000000"/>
          <w:sz w:val="32"/>
        </w:rPr>
        <w:t>Modigliani might have seen this fresco. Perhaps as a boy, the image staying with him. Influenced him perhaps? What do you think?</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Fresco... a method of applying paint directly to wet plaster. Most successful in countries where climatic conditions ensure its permanence... such as Italy or Spain... or Mexico or...</w:t>
      </w:r>
    </w:p>
    <w:p>
      <w:pPr>
        <w:ind w:left="0" w:right="0" w:firstLine="0"/>
        <w:jc w:val="left"/>
      </w:pPr>
      <w:r>
        <w:rPr>
          <w:rFonts w:ascii="Times New Roman" w:hAnsi="Times New Roman"/>
          <w:i w:val="0"/>
          <w:color w:val="000000"/>
          <w:sz w:val="32"/>
        </w:rPr>
        <w:t>Art not cared for ages as we do. The Virgin would become an old lady, crack and peel, and, like us, eventually turn to dust...</w:t>
      </w:r>
    </w:p>
    <w:p>
      <w:pPr>
        <w:pStyle w:val="StageDirection"/>
        <w:ind w:left="0" w:right="0" w:firstLine="0"/>
        <w:jc w:val="left"/>
      </w:pPr>
      <w:r>
        <w:rPr>
          <w:rFonts w:ascii="Times New Roman" w:hAnsi="Times New Roman"/>
          <w:i/>
          <w:color w:val="000000"/>
          <w:sz w:val="32"/>
        </w:rPr>
        <w:t>(#32 Slide.)</w:t>
      </w:r>
    </w:p>
    <w:p>
      <w:pPr>
        <w:ind w:left="0" w:right="0" w:firstLine="0"/>
        <w:jc w:val="left"/>
      </w:pPr>
      <w:r>
        <w:rPr>
          <w:rFonts w:ascii="Times New Roman" w:hAnsi="Times New Roman"/>
          <w:i w:val="0"/>
          <w:color w:val="000000"/>
          <w:sz w:val="32"/>
        </w:rPr>
        <w:t>Saint John. Stone sculpture. Late sixteenth century or perhaps early seventeenth century. To the point, no doubt work of art. Pain clearly etched in... excruciatingly...</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Pieces such as this... sometimes wonder if I should have turned to liturgical art.</w:t>
      </w:r>
    </w:p>
    <w:p>
      <w:pPr>
        <w:pStyle w:val="StageDirection"/>
        <w:ind w:left="0" w:right="0" w:firstLine="0"/>
        <w:jc w:val="left"/>
      </w:pPr>
      <w:r>
        <w:rPr>
          <w:rFonts w:ascii="Times New Roman" w:hAnsi="Times New Roman"/>
          <w:i/>
          <w:color w:val="000000"/>
          <w:sz w:val="32"/>
        </w:rPr>
        <w:t>(A glance toward Bishop O’Hara.)</w:t>
      </w:r>
    </w:p>
    <w:p>
      <w:pPr>
        <w:ind w:left="0" w:right="0" w:firstLine="0"/>
        <w:jc w:val="left"/>
      </w:pPr>
      <w:r>
        <w:rPr>
          <w:rFonts w:ascii="Times New Roman" w:hAnsi="Times New Roman"/>
          <w:i w:val="0"/>
          <w:color w:val="000000"/>
          <w:sz w:val="32"/>
        </w:rPr>
        <w:t>The profound sorrow in St. John’s face... or in the Virgin's, makes me sometimes doubt my decision to —</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 we’re not here for this.</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Nothing wrong with doubt, Edwin, forces us to think.</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 time and a place.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(A slight jab.)</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 lecture’s Catholic art, after all. What the Church wanted.</w:t>
      </w:r>
    </w:p>
    <w:p>
      <w:pPr>
        <w:pStyle w:val="StageDirection"/>
        <w:ind w:left="0" w:right="0" w:firstLine="0"/>
        <w:jc w:val="left"/>
      </w:pPr>
      <w:r>
        <w:rPr>
          <w:rFonts w:ascii="Times New Roman" w:hAnsi="Times New Roman"/>
          <w:i/>
          <w:color w:val="000000"/>
          <w:sz w:val="32"/>
        </w:rPr>
        <w:t>(Waits — O’Hara reluctantly nods to proceed — then #33 slide.)</w:t>
      </w:r>
    </w:p>
    <w:p>
      <w:pPr>
        <w:ind w:left="0" w:right="0" w:firstLine="0"/>
        <w:jc w:val="left"/>
      </w:pPr>
      <w:r>
        <w:rPr>
          <w:rFonts w:ascii="Times New Roman" w:hAnsi="Times New Roman"/>
          <w:i w:val="0"/>
          <w:color w:val="000000"/>
          <w:sz w:val="32"/>
        </w:rPr>
        <w:t>My brother, Jim... on his motorcycle... me holding on.</w:t>
      </w:r>
    </w:p>
    <w:p>
      <w:pPr>
        <w:ind w:left="0" w:right="0" w:firstLine="0"/>
        <w:jc w:val="left"/>
      </w:pPr>
      <w:r>
        <w:rPr>
          <w:rFonts w:ascii="Times New Roman" w:hAnsi="Times New Roman"/>
          <w:i w:val="0"/>
          <w:color w:val="000000"/>
          <w:sz w:val="32"/>
        </w:rPr>
        <w:t>A bonus: can’t quite make out my cleft at that distance. Inherited it from my father. Still, I was told, such afflictions were more likely to be passed down through women than men.</w:t>
      </w:r>
    </w:p>
    <w:p>
      <w:pPr>
        <w:ind w:left="0" w:right="0" w:firstLine="0"/>
        <w:jc w:val="left"/>
      </w:pPr>
      <w:r>
        <w:rPr>
          <w:rFonts w:ascii="Times New Roman" w:hAnsi="Times New Roman"/>
          <w:i w:val="0"/>
          <w:color w:val="000000"/>
          <w:sz w:val="32"/>
        </w:rPr>
        <w:t>That’s what they believed... then.</w:t>
      </w:r>
    </w:p>
    <w:p>
      <w:pPr>
        <w:ind w:left="0" w:right="0" w:firstLine="0"/>
        <w:jc w:val="left"/>
      </w:pPr>
      <w:r>
        <w:rPr>
          <w:rFonts w:ascii="Times New Roman" w:hAnsi="Times New Roman"/>
          <w:i w:val="0"/>
          <w:color w:val="000000"/>
          <w:sz w:val="32"/>
        </w:rPr>
        <w:t>Resented most being denied the idea of being a mother. To imagine being a mother would be to imagine a deformed child.</w:t>
      </w:r>
    </w:p>
    <w:p>
      <w:pPr>
        <w:ind w:left="0" w:right="0" w:firstLine="0"/>
        <w:jc w:val="left"/>
      </w:pPr>
      <w:r>
        <w:rPr>
          <w:rFonts w:ascii="Times New Roman" w:hAnsi="Times New Roman"/>
          <w:i w:val="0"/>
          <w:color w:val="000000"/>
          <w:sz w:val="32"/>
        </w:rPr>
        <w:t>Thought that was very cruel of them — to not let one imagine...</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What do they believe now? No idea... lost interest.</w:t>
      </w:r>
    </w:p>
    <w:p>
      <w:pPr>
        <w:ind w:left="0" w:right="0" w:firstLine="0"/>
        <w:jc w:val="left"/>
      </w:pPr>
      <w:r>
        <w:rPr>
          <w:rFonts w:ascii="Times New Roman" w:hAnsi="Times New Roman"/>
          <w:i w:val="0"/>
          <w:color w:val="000000"/>
          <w:sz w:val="32"/>
        </w:rPr>
        <w:t>I’d have been a terrible mother — much too spoiled... artists as parents... to be honest not always the best... seen that. Anyway, had close friends... my chum, Ethel... later in the Church, nuns and priests I could count on...</w:t>
      </w:r>
    </w:p>
    <w:p>
      <w:pPr>
        <w:pStyle w:val="StageDirection"/>
        <w:ind w:left="0" w:right="0" w:firstLine="0"/>
        <w:jc w:val="left"/>
      </w:pPr>
      <w:r>
        <w:rPr>
          <w:rFonts w:ascii="Times New Roman" w:hAnsi="Times New Roman"/>
          <w:i/>
          <w:color w:val="000000"/>
          <w:sz w:val="32"/>
        </w:rPr>
        <w:t>(Smiling at Bishop O’Hara.)</w:t>
      </w:r>
    </w:p>
    <w:p>
      <w:pPr>
        <w:ind w:left="0" w:right="0" w:firstLine="0"/>
        <w:jc w:val="left"/>
      </w:pPr>
      <w:r>
        <w:rPr>
          <w:rFonts w:ascii="Times New Roman" w:hAnsi="Times New Roman"/>
          <w:i w:val="0"/>
          <w:color w:val="000000"/>
          <w:sz w:val="32"/>
        </w:rPr>
        <w:t>... how privileged to know and be... accepted by these people... such as Edwin.</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And had, in a way, a child, a boy, Peter...</w:t>
      </w:r>
    </w:p>
    <w:p>
      <w:pPr>
        <w:pStyle w:val="StageDirection"/>
        <w:ind w:left="0" w:right="0" w:firstLine="0"/>
        <w:jc w:val="left"/>
      </w:pPr>
      <w:r>
        <w:rPr>
          <w:rFonts w:ascii="Times New Roman" w:hAnsi="Times New Roman"/>
          <w:i/>
          <w:color w:val="000000"/>
          <w:sz w:val="32"/>
        </w:rPr>
        <w:t>(Smiles at audience.)</w:t>
      </w:r>
    </w:p>
    <w:p>
      <w:pPr>
        <w:ind w:left="0" w:right="0" w:firstLine="0"/>
        <w:jc w:val="left"/>
      </w:pPr>
      <w:r>
        <w:rPr>
          <w:rFonts w:ascii="Times New Roman" w:hAnsi="Times New Roman"/>
          <w:i w:val="0"/>
          <w:color w:val="000000"/>
          <w:sz w:val="32"/>
        </w:rPr>
        <w:t>No, not a fantasy — real. Ethel's son, my godson.</w:t>
      </w:r>
    </w:p>
    <w:p>
      <w:pPr>
        <w:ind w:left="0" w:right="0" w:firstLine="0"/>
        <w:jc w:val="left"/>
      </w:pPr>
      <w:r>
        <w:rPr>
          <w:rFonts w:ascii="Times New Roman" w:hAnsi="Times New Roman"/>
          <w:i w:val="0"/>
          <w:color w:val="000000"/>
          <w:sz w:val="32"/>
        </w:rPr>
        <w:t>A Protestant, Ethel chose me to be godmother to her son. Imagine.</w:t>
      </w:r>
    </w:p>
    <w:p>
      <w:pPr>
        <w:pStyle w:val="StageDirection"/>
        <w:ind w:left="0" w:right="0" w:firstLine="0"/>
        <w:jc w:val="left"/>
      </w:pPr>
      <w:r>
        <w:rPr>
          <w:rFonts w:ascii="Times New Roman" w:hAnsi="Times New Roman"/>
          <w:i/>
          <w:color w:val="000000"/>
          <w:sz w:val="32"/>
        </w:rPr>
        <w:t>(Pause; looks away, then, after a moment, turning to image, a bit of the little girl in her:)</w:t>
      </w:r>
    </w:p>
    <w:p>
      <w:pPr>
        <w:ind w:left="0" w:right="0" w:firstLine="0"/>
        <w:jc w:val="left"/>
      </w:pPr>
      <w:r>
        <w:rPr>
          <w:rFonts w:ascii="Times New Roman" w:hAnsi="Times New Roman"/>
          <w:i w:val="0"/>
          <w:color w:val="000000"/>
          <w:sz w:val="32"/>
        </w:rPr>
        <w:t>We’re having fun, aren’t we, Jim and I? He drove his motorcycle very fast, faster than I drive my car.</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That would take some doing.</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I’m not so bad as that.</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xml:space="preserve">No...? </w:t>
      </w:r>
      <w:r>
        <w:rPr>
          <w:rFonts w:ascii="Times New Roman" w:hAnsi="Times New Roman"/>
          <w:i/>
          <w:color w:val="000000"/>
          <w:sz w:val="32"/>
        </w:rPr>
        <w:t>(To audience.)</w:t>
      </w:r>
      <w:r>
        <w:rPr>
          <w:rFonts w:ascii="Times New Roman" w:hAnsi="Times New Roman"/>
          <w:i w:val="0"/>
          <w:color w:val="000000"/>
          <w:sz w:val="32"/>
        </w:rPr>
        <w:t xml:space="preserve"> Let me tell you — she calls her car “Blasphemia.”</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(Nods, then studying projected image)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Don't know why we were in such a hurry... so restless... both of us. Always had to be on the move.</w:t>
      </w:r>
    </w:p>
    <w:p>
      <w:pPr>
        <w:pStyle w:val="StageDirection"/>
        <w:ind w:left="0" w:right="0" w:firstLine="0"/>
        <w:jc w:val="left"/>
      </w:pPr>
      <w:r>
        <w:rPr>
          <w:rFonts w:ascii="Times New Roman" w:hAnsi="Times New Roman"/>
          <w:i/>
          <w:color w:val="000000"/>
          <w:sz w:val="32"/>
        </w:rPr>
        <w:t>(#34 Slide.)</w:t>
      </w:r>
    </w:p>
    <w:p>
      <w:pPr>
        <w:ind w:left="0" w:right="0" w:firstLine="0"/>
        <w:jc w:val="left"/>
      </w:pPr>
      <w:r>
        <w:rPr>
          <w:rFonts w:ascii="Times New Roman" w:hAnsi="Times New Roman"/>
          <w:i w:val="0"/>
          <w:color w:val="000000"/>
          <w:sz w:val="32"/>
        </w:rPr>
        <w:t>Stained glass window... depicting the life of Saint Catherine. Catherine a mystic and a martyr. Her father more practical — an artist!</w:t>
      </w:r>
    </w:p>
    <w:p>
      <w:pPr>
        <w:pStyle w:val="StageDirection"/>
        <w:ind w:left="0" w:right="0" w:firstLine="0"/>
        <w:jc w:val="left"/>
      </w:pPr>
      <w:r>
        <w:rPr>
          <w:rFonts w:ascii="Times New Roman" w:hAnsi="Times New Roman"/>
          <w:i/>
          <w:color w:val="000000"/>
          <w:sz w:val="32"/>
        </w:rPr>
        <w:t>(Laughs.)</w:t>
      </w:r>
    </w:p>
    <w:p>
      <w:pPr>
        <w:ind w:left="0" w:right="0" w:firstLine="0"/>
        <w:jc w:val="left"/>
      </w:pPr>
      <w:r>
        <w:rPr>
          <w:rFonts w:ascii="Times New Roman" w:hAnsi="Times New Roman"/>
          <w:i w:val="0"/>
          <w:color w:val="000000"/>
          <w:sz w:val="32"/>
        </w:rPr>
        <w:t>Takes a martyr to make an artist seem practical, doesn't it?</w:t>
      </w:r>
    </w:p>
    <w:p>
      <w:pPr>
        <w:ind w:left="0" w:right="0" w:firstLine="0"/>
        <w:jc w:val="left"/>
      </w:pPr>
      <w:r>
        <w:rPr>
          <w:rFonts w:ascii="Times New Roman" w:hAnsi="Times New Roman"/>
          <w:i w:val="0"/>
          <w:color w:val="000000"/>
          <w:sz w:val="32"/>
        </w:rPr>
        <w:t>Catherine’s father a dyer of textiles... Siena. Outlived his daughter. Not surprising — many martyrs are young, often mere children.</w:t>
      </w:r>
    </w:p>
    <w:p>
      <w:pPr>
        <w:ind w:left="0" w:right="0" w:firstLine="0"/>
        <w:jc w:val="left"/>
      </w:pPr>
      <w:r>
        <w:rPr>
          <w:rFonts w:ascii="Times New Roman" w:hAnsi="Times New Roman"/>
          <w:i w:val="0"/>
          <w:color w:val="000000"/>
          <w:sz w:val="32"/>
        </w:rPr>
        <w:t>But our window. The glass glows... amber, emerald, vermillion... broken into a thousand hues of red and blue, producing a glittering, jewel-like whole.</w:t>
      </w:r>
    </w:p>
    <w:p>
      <w:pPr>
        <w:ind w:left="0" w:right="0" w:firstLine="0"/>
        <w:jc w:val="left"/>
      </w:pPr>
      <w:r>
        <w:rPr>
          <w:rFonts w:ascii="Times New Roman" w:hAnsi="Times New Roman"/>
          <w:i w:val="0"/>
          <w:color w:val="000000"/>
          <w:sz w:val="32"/>
        </w:rPr>
        <w:t>Here again order and variety, the foundation of all the arts.</w:t>
      </w:r>
    </w:p>
    <w:p>
      <w:pPr>
        <w:pStyle w:val="StageDirection"/>
        <w:ind w:left="0" w:right="0" w:firstLine="0"/>
        <w:jc w:val="left"/>
      </w:pPr>
      <w:r>
        <w:rPr>
          <w:rFonts w:ascii="Times New Roman" w:hAnsi="Times New Roman"/>
          <w:i/>
          <w:color w:val="000000"/>
          <w:sz w:val="32"/>
        </w:rPr>
        <w:t>(#35 Slide.)</w:t>
      </w:r>
    </w:p>
    <w:p>
      <w:pPr>
        <w:ind w:left="0" w:right="0" w:firstLine="0"/>
        <w:jc w:val="left"/>
      </w:pPr>
      <w:r>
        <w:rPr>
          <w:rFonts w:ascii="Times New Roman" w:hAnsi="Times New Roman"/>
          <w:i w:val="0"/>
          <w:color w:val="000000"/>
          <w:sz w:val="32"/>
        </w:rPr>
        <w:t>A flute. On a side table with a vase of geraniums. Painted by...</w:t>
      </w:r>
      <w:r>
        <w:rPr>
          <w:rFonts w:ascii="Times New Roman" w:hAnsi="Times New Roman"/>
          <w:i/>
          <w:color w:val="000000"/>
          <w:sz w:val="32"/>
        </w:rPr>
        <w:t>(Pauses, smiles)</w:t>
      </w:r>
      <w:r>
        <w:rPr>
          <w:rFonts w:ascii="Times New Roman" w:hAnsi="Times New Roman"/>
          <w:i w:val="0"/>
          <w:color w:val="000000"/>
          <w:sz w:val="32"/>
        </w:rPr>
        <w:t>... my friend Ethel.</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You can see her talent... promise of... takes work.</w:t>
      </w:r>
    </w:p>
    <w:p>
      <w:pPr>
        <w:ind w:left="0" w:right="0" w:firstLine="0"/>
        <w:jc w:val="left"/>
      </w:pPr>
      <w:r>
        <w:rPr>
          <w:rFonts w:ascii="Times New Roman" w:hAnsi="Times New Roman"/>
          <w:i w:val="0"/>
          <w:color w:val="000000"/>
          <w:sz w:val="32"/>
        </w:rPr>
        <w:t>Her instinctive understanding of afternoon’s light... its effect on us. Pleasant, warm, suggesting solitude... Sitting by a window, light pouring in... dozing off into eternity.</w:t>
      </w:r>
    </w:p>
    <w:p>
      <w:pPr>
        <w:pStyle w:val="StageDirection"/>
        <w:ind w:left="0" w:right="0" w:firstLine="0"/>
        <w:jc w:val="left"/>
      </w:pPr>
      <w:r>
        <w:rPr>
          <w:rFonts w:ascii="Times New Roman" w:hAnsi="Times New Roman"/>
          <w:i/>
          <w:color w:val="000000"/>
          <w:sz w:val="32"/>
        </w:rPr>
        <w:t>(#36 Slide, a still-life painting.)</w:t>
      </w:r>
    </w:p>
    <w:p>
      <w:pPr>
        <w:ind w:left="0" w:right="0" w:firstLine="0"/>
        <w:jc w:val="left"/>
      </w:pPr>
      <w:r>
        <w:rPr>
          <w:rFonts w:ascii="Times New Roman" w:hAnsi="Times New Roman"/>
          <w:i w:val="0"/>
          <w:color w:val="000000"/>
          <w:sz w:val="32"/>
        </w:rPr>
        <w:t>Another still-life.</w:t>
      </w:r>
    </w:p>
    <w:p>
      <w:pPr>
        <w:ind w:left="0" w:right="0" w:firstLine="0"/>
        <w:jc w:val="left"/>
      </w:pPr>
      <w:r>
        <w:rPr>
          <w:rFonts w:ascii="Times New Roman" w:hAnsi="Times New Roman"/>
          <w:i w:val="0"/>
          <w:color w:val="000000"/>
          <w:sz w:val="32"/>
        </w:rPr>
        <w:t>Something eternal about a still-life... Still life. As if time’s stopped, life’s on hold, something we all wish for now and then.</w:t>
      </w:r>
    </w:p>
    <w:p>
      <w:pPr>
        <w:ind w:left="0" w:right="0" w:firstLine="0"/>
        <w:jc w:val="left"/>
      </w:pPr>
      <w:r>
        <w:rPr>
          <w:rFonts w:ascii="Times New Roman" w:hAnsi="Times New Roman"/>
          <w:i w:val="0"/>
          <w:color w:val="000000"/>
          <w:sz w:val="32"/>
        </w:rPr>
        <w:t>Dutch. Pieter Claesz: 1600-1661.</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Drowned himself after the accidental death of his son.</w:t>
      </w:r>
    </w:p>
    <w:p>
      <w:pPr>
        <w:ind w:left="0" w:right="0" w:firstLine="0"/>
        <w:jc w:val="left"/>
      </w:pPr>
      <w:r>
        <w:rPr>
          <w:rFonts w:ascii="Times New Roman" w:hAnsi="Times New Roman"/>
          <w:i w:val="0"/>
          <w:color w:val="000000"/>
          <w:sz w:val="32"/>
        </w:rPr>
        <w:t>People... the Church... says that's wrong, suicide — well, he was a passionate man and to lose a child’s a terrible thing...</w:t>
      </w:r>
    </w:p>
    <w:p>
      <w:pPr>
        <w:ind w:left="0" w:right="0" w:firstLine="0"/>
        <w:jc w:val="left"/>
      </w:pPr>
      <w:r>
        <w:rPr>
          <w:rFonts w:ascii="Times New Roman" w:hAnsi="Times New Roman"/>
          <w:i w:val="0"/>
          <w:color w:val="000000"/>
          <w:sz w:val="32"/>
        </w:rPr>
        <w:t>The focal point of the composition? Perhaps the peeled lemon on the pewter plate. Remember what I said about Manet?</w:t>
      </w:r>
    </w:p>
    <w:p>
      <w:pPr>
        <w:ind w:left="0" w:right="0" w:firstLine="0"/>
        <w:jc w:val="left"/>
      </w:pPr>
      <w:r>
        <w:rPr>
          <w:rFonts w:ascii="Times New Roman" w:hAnsi="Times New Roman"/>
          <w:i w:val="0"/>
          <w:color w:val="000000"/>
          <w:sz w:val="32"/>
        </w:rPr>
        <w:t>But about the Claesz’s pewter plate —</w:t>
      </w:r>
    </w:p>
    <w:p>
      <w:pPr>
        <w:pStyle w:val="StageDirection"/>
        <w:ind w:left="0" w:right="0" w:firstLine="0"/>
        <w:jc w:val="left"/>
      </w:pPr>
      <w:r>
        <w:rPr>
          <w:rFonts w:ascii="Times New Roman" w:hAnsi="Times New Roman"/>
          <w:i/>
          <w:color w:val="000000"/>
          <w:sz w:val="32"/>
        </w:rPr>
        <w:t>(#37 Slide, the Ethel still-life.)</w:t>
      </w:r>
    </w:p>
    <w:p>
      <w:pPr>
        <w:ind w:left="0" w:right="0" w:firstLine="0"/>
        <w:jc w:val="left"/>
      </w:pPr>
      <w:r>
        <w:rPr>
          <w:rFonts w:ascii="Times New Roman" w:hAnsi="Times New Roman"/>
          <w:i w:val="0"/>
          <w:color w:val="000000"/>
          <w:sz w:val="32"/>
        </w:rPr>
        <w:t>— compare to the flute in Ethel's painting. In both, light coming in from an angle —</w:t>
      </w:r>
    </w:p>
    <w:p>
      <w:pPr>
        <w:pStyle w:val="StageDirection"/>
        <w:ind w:left="0" w:right="0" w:firstLine="0"/>
        <w:jc w:val="left"/>
      </w:pPr>
      <w:r>
        <w:rPr>
          <w:rFonts w:ascii="Times New Roman" w:hAnsi="Times New Roman"/>
          <w:i/>
          <w:color w:val="000000"/>
          <w:sz w:val="32"/>
        </w:rPr>
        <w:t>(#38 Slide, the Claesz still life.)</w:t>
      </w:r>
    </w:p>
    <w:p>
      <w:pPr>
        <w:ind w:left="0" w:right="0" w:firstLine="0"/>
        <w:jc w:val="left"/>
      </w:pPr>
      <w:r>
        <w:rPr>
          <w:rFonts w:ascii="Times New Roman" w:hAnsi="Times New Roman"/>
          <w:i w:val="0"/>
          <w:color w:val="000000"/>
          <w:sz w:val="32"/>
        </w:rPr>
        <w:t>— creating a diagonal plane and tension on the canvas. As opposed to —</w:t>
      </w:r>
    </w:p>
    <w:p>
      <w:pPr>
        <w:pStyle w:val="StageDirection"/>
        <w:ind w:left="0" w:right="0" w:firstLine="0"/>
        <w:jc w:val="left"/>
      </w:pPr>
      <w:r>
        <w:rPr>
          <w:rFonts w:ascii="Times New Roman" w:hAnsi="Times New Roman"/>
          <w:i/>
          <w:color w:val="000000"/>
          <w:sz w:val="32"/>
        </w:rPr>
        <w:t>(#39 Slide, a landscape.)</w:t>
      </w:r>
    </w:p>
    <w:p>
      <w:pPr>
        <w:ind w:left="0" w:right="0" w:firstLine="0"/>
        <w:jc w:val="left"/>
      </w:pPr>
      <w:r>
        <w:rPr>
          <w:rFonts w:ascii="Times New Roman" w:hAnsi="Times New Roman"/>
          <w:i w:val="0"/>
          <w:color w:val="000000"/>
          <w:sz w:val="32"/>
        </w:rPr>
        <w:t>— landscapes, with a distant horizon and generally horizontal plane, dissipating tension... Landscapes inspire a sense of quiet, perhaps well-being... you breathe easier...</w:t>
      </w:r>
    </w:p>
    <w:p>
      <w:pPr>
        <w:pStyle w:val="StageDirection"/>
        <w:ind w:left="0" w:right="0" w:firstLine="0"/>
        <w:jc w:val="left"/>
      </w:pPr>
      <w:r>
        <w:rPr>
          <w:rFonts w:ascii="Times New Roman" w:hAnsi="Times New Roman"/>
          <w:i/>
          <w:color w:val="000000"/>
          <w:sz w:val="32"/>
        </w:rPr>
        <w:t>(Studies the image.)</w:t>
      </w:r>
    </w:p>
    <w:p>
      <w:pPr>
        <w:ind w:left="0" w:right="0" w:firstLine="0"/>
        <w:jc w:val="left"/>
      </w:pPr>
      <w:r>
        <w:rPr>
          <w:rFonts w:ascii="Times New Roman" w:hAnsi="Times New Roman"/>
          <w:i w:val="0"/>
          <w:color w:val="000000"/>
          <w:sz w:val="32"/>
        </w:rPr>
        <w:t>... why, why I think so many of us like landscapes, especially in these times... we escape into them... like a Sunday drive in the country...</w:t>
      </w:r>
    </w:p>
    <w:p>
      <w:pPr>
        <w:ind w:left="0" w:right="0" w:firstLine="0"/>
        <w:jc w:val="left"/>
      </w:pPr>
      <w:r>
        <w:rPr>
          <w:rFonts w:ascii="Times New Roman" w:hAnsi="Times New Roman"/>
          <w:i w:val="0"/>
          <w:color w:val="000000"/>
          <w:sz w:val="32"/>
        </w:rPr>
        <w:t>By Ethel, did I tell you? ... you can see her becoming good.</w:t>
      </w:r>
    </w:p>
    <w:p>
      <w:pPr>
        <w:pStyle w:val="StageDirection"/>
        <w:ind w:left="0" w:right="0" w:firstLine="0"/>
        <w:jc w:val="left"/>
      </w:pPr>
      <w:r>
        <w:rPr>
          <w:rFonts w:ascii="Times New Roman" w:hAnsi="Times New Roman"/>
          <w:i/>
          <w:color w:val="000000"/>
          <w:sz w:val="32"/>
        </w:rPr>
        <w:t>(A beat, then #40 Slide.)</w:t>
      </w:r>
    </w:p>
    <w:p>
      <w:pPr>
        <w:ind w:left="0" w:right="0" w:firstLine="0"/>
        <w:jc w:val="left"/>
      </w:pPr>
      <w:r>
        <w:rPr>
          <w:rFonts w:ascii="Times New Roman" w:hAnsi="Times New Roman"/>
          <w:i w:val="0"/>
          <w:color w:val="000000"/>
          <w:sz w:val="32"/>
        </w:rPr>
        <w:t>“The Procession to Calvary. ’’ Flemish tapestry. Early Sixteenth Century!</w:t>
      </w:r>
    </w:p>
    <w:p>
      <w:pPr>
        <w:pStyle w:val="StageDirection"/>
        <w:ind w:left="0" w:right="0" w:firstLine="0"/>
        <w:jc w:val="left"/>
      </w:pPr>
      <w:r>
        <w:rPr>
          <w:rFonts w:ascii="Times New Roman" w:hAnsi="Times New Roman"/>
          <w:i/>
          <w:color w:val="000000"/>
          <w:sz w:val="32"/>
        </w:rPr>
        <w:t>(Deep, excited breath.)</w:t>
      </w:r>
    </w:p>
    <w:p>
      <w:pPr>
        <w:ind w:left="0" w:right="0" w:firstLine="0"/>
        <w:jc w:val="left"/>
      </w:pPr>
      <w:r>
        <w:rPr>
          <w:rFonts w:ascii="Times New Roman" w:hAnsi="Times New Roman"/>
          <w:i w:val="0"/>
          <w:color w:val="000000"/>
          <w:sz w:val="32"/>
        </w:rPr>
        <w:t>Imagine! —</w:t>
      </w:r>
    </w:p>
    <w:p>
      <w:pPr>
        <w:ind w:left="0" w:right="0" w:firstLine="0"/>
        <w:jc w:val="left"/>
      </w:pPr>
      <w:r>
        <w:rPr>
          <w:rFonts w:ascii="Times New Roman" w:hAnsi="Times New Roman"/>
          <w:i w:val="0"/>
          <w:color w:val="000000"/>
          <w:sz w:val="32"/>
        </w:rPr>
        <w:t>Executed by skilled Flemish craftsmen... from drawings by masters! The craft descending from father to son to son to son! Pieces taking years to complete, for only a very few inches can be woven in a day!</w:t>
      </w:r>
    </w:p>
    <w:p>
      <w:pPr>
        <w:ind w:left="0" w:right="0" w:firstLine="0"/>
        <w:jc w:val="left"/>
      </w:pPr>
      <w:r>
        <w:rPr>
          <w:rFonts w:ascii="Times New Roman" w:hAnsi="Times New Roman"/>
          <w:i w:val="0"/>
          <w:color w:val="000000"/>
          <w:sz w:val="32"/>
        </w:rPr>
        <w:t>Raphael himself designed tapestries! The great Raphael!</w:t>
      </w:r>
    </w:p>
    <w:p>
      <w:pPr>
        <w:pStyle w:val="StageDirection"/>
        <w:ind w:left="0" w:right="0" w:firstLine="0"/>
        <w:jc w:val="left"/>
      </w:pPr>
      <w:r>
        <w:rPr>
          <w:rFonts w:ascii="Times New Roman" w:hAnsi="Times New Roman"/>
          <w:i/>
          <w:color w:val="000000"/>
          <w:sz w:val="32"/>
        </w:rPr>
        <w:t>(Pause; pulling back.)</w:t>
      </w:r>
    </w:p>
    <w:p>
      <w:pPr>
        <w:ind w:left="0" w:right="0" w:firstLine="0"/>
        <w:jc w:val="left"/>
      </w:pPr>
      <w:r>
        <w:rPr>
          <w:rFonts w:ascii="Times New Roman" w:hAnsi="Times New Roman"/>
          <w:i w:val="0"/>
          <w:color w:val="000000"/>
          <w:sz w:val="32"/>
        </w:rPr>
        <w:t>Sometimes I get overly... Go off this way and that. No telling. Don't know myself. Maybe that’s why... my life needed structure. That’s one thing the Church offers. And if it was good enough for Raphael...</w:t>
      </w:r>
    </w:p>
    <w:p>
      <w:pPr>
        <w:pStyle w:val="StageDirection"/>
        <w:ind w:left="0" w:right="0" w:firstLine="0"/>
        <w:jc w:val="left"/>
      </w:pPr>
      <w:r>
        <w:rPr>
          <w:rFonts w:ascii="Times New Roman" w:hAnsi="Times New Roman"/>
          <w:i/>
          <w:color w:val="000000"/>
          <w:sz w:val="32"/>
        </w:rPr>
        <w:t>(She glances at Bishop O’Hara.)</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you tell me, Effie? Was it? Was it good enough for the great Raphael?</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To judge by his art...</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Then you say “Yes”?</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Then “Yes.”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(Having won a point)</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Thank you.</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 let's be honest: the Church was offering a place — a home — for my art.</w:t>
      </w:r>
    </w:p>
    <w:p>
      <w:pPr>
        <w:ind w:left="0" w:right="0" w:firstLine="0"/>
        <w:jc w:val="left"/>
      </w:pPr>
      <w:r>
        <w:rPr>
          <w:rFonts w:ascii="Times New Roman" w:hAnsi="Times New Roman"/>
          <w:i w:val="0"/>
          <w:color w:val="000000"/>
          <w:sz w:val="32"/>
        </w:rPr>
        <w:t>The real world offers no such assurance.</w:t>
      </w:r>
    </w:p>
    <w:p>
      <w:pPr>
        <w:ind w:left="0" w:right="0" w:firstLine="0"/>
        <w:jc w:val="left"/>
      </w:pPr>
      <w:r>
        <w:rPr>
          <w:rFonts w:ascii="Times New Roman" w:hAnsi="Times New Roman"/>
          <w:i w:val="0"/>
          <w:color w:val="000000"/>
          <w:sz w:val="32"/>
        </w:rPr>
        <w:t>None at all.</w:t>
      </w:r>
    </w:p>
    <w:p>
      <w:pPr>
        <w:pStyle w:val="StageDirection"/>
        <w:ind w:left="0" w:right="0" w:firstLine="0"/>
        <w:jc w:val="left"/>
      </w:pPr>
      <w:r>
        <w:rPr>
          <w:rFonts w:ascii="Times New Roman" w:hAnsi="Times New Roman"/>
          <w:i/>
          <w:color w:val="000000"/>
          <w:sz w:val="32"/>
        </w:rPr>
        <w:t>(#41 Slide.)</w:t>
      </w:r>
    </w:p>
    <w:p>
      <w:pPr>
        <w:ind w:left="0" w:right="0" w:firstLine="0"/>
        <w:jc w:val="left"/>
      </w:pPr>
      <w:r>
        <w:rPr>
          <w:rFonts w:ascii="Times New Roman" w:hAnsi="Times New Roman"/>
          <w:i w:val="0"/>
          <w:color w:val="000000"/>
          <w:sz w:val="32"/>
        </w:rPr>
        <w:t>The Annunciation. Florentine. Agnolo Gaddi, born in 1346, died in 1396.</w:t>
      </w:r>
    </w:p>
    <w:p>
      <w:pPr>
        <w:ind w:left="0" w:right="0" w:firstLine="0"/>
        <w:jc w:val="left"/>
      </w:pPr>
      <w:r>
        <w:rPr>
          <w:rFonts w:ascii="Times New Roman" w:hAnsi="Times New Roman"/>
          <w:i w:val="0"/>
          <w:color w:val="000000"/>
          <w:sz w:val="32"/>
        </w:rPr>
        <w:t>Reached fifty; not bad for then.</w:t>
      </w:r>
    </w:p>
    <w:p>
      <w:pPr>
        <w:pStyle w:val="StageDirection"/>
        <w:ind w:left="0" w:right="0" w:firstLine="0"/>
        <w:jc w:val="left"/>
      </w:pPr>
      <w:r>
        <w:rPr>
          <w:rFonts w:ascii="Times New Roman" w:hAnsi="Times New Roman"/>
          <w:i/>
          <w:color w:val="000000"/>
          <w:sz w:val="32"/>
        </w:rPr>
        <w:t>(Studies image, brightly, looking at O’Hara:)</w:t>
      </w:r>
    </w:p>
    <w:p>
      <w:pPr>
        <w:ind w:left="0" w:right="0" w:firstLine="0"/>
        <w:jc w:val="left"/>
      </w:pPr>
      <w:r>
        <w:rPr>
          <w:rFonts w:ascii="Times New Roman" w:hAnsi="Times New Roman"/>
          <w:i w:val="0"/>
          <w:color w:val="000000"/>
          <w:sz w:val="32"/>
        </w:rPr>
        <w:t>A natural death! ...</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(Crossing himself)</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Thank you, Lord.</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(Conspiratorially, to us, smiling slyly)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Far as we know...</w:t>
      </w:r>
    </w:p>
    <w:p>
      <w:pPr>
        <w:pStyle w:val="StageDirection"/>
        <w:ind w:left="0" w:right="0" w:firstLine="0"/>
        <w:jc w:val="left"/>
      </w:pPr>
      <w:r>
        <w:rPr>
          <w:rFonts w:ascii="Times New Roman" w:hAnsi="Times New Roman"/>
          <w:i/>
          <w:color w:val="000000"/>
          <w:sz w:val="32"/>
        </w:rPr>
        <w:t>(Studies image.)</w:t>
      </w:r>
    </w:p>
    <w:p>
      <w:pPr>
        <w:ind w:left="0" w:right="0" w:firstLine="0"/>
        <w:jc w:val="left"/>
      </w:pPr>
      <w:r>
        <w:rPr>
          <w:rFonts w:ascii="Times New Roman" w:hAnsi="Times New Roman"/>
          <w:i w:val="0"/>
          <w:color w:val="000000"/>
          <w:sz w:val="32"/>
        </w:rPr>
        <w:t>Naturalistic qualities alone are of no great importance in ecclesiastical painting, because the function of religious art’s to raise the heart and mind above nature.</w:t>
      </w:r>
    </w:p>
    <w:p>
      <w:pPr>
        <w:pStyle w:val="StageDirection"/>
        <w:ind w:left="0" w:right="0" w:firstLine="0"/>
        <w:jc w:val="left"/>
      </w:pPr>
      <w:r>
        <w:rPr>
          <w:rFonts w:ascii="Times New Roman" w:hAnsi="Times New Roman"/>
          <w:i/>
          <w:color w:val="000000"/>
          <w:sz w:val="32"/>
        </w:rPr>
        <w:t>(Looks at Bishop O’Hara, teasing him.)</w:t>
      </w:r>
    </w:p>
    <w:p>
      <w:pPr>
        <w:ind w:left="0" w:right="0" w:firstLine="0"/>
        <w:jc w:val="left"/>
      </w:pPr>
      <w:r>
        <w:rPr>
          <w:rFonts w:ascii="Times New Roman" w:hAnsi="Times New Roman"/>
          <w:i w:val="0"/>
          <w:color w:val="000000"/>
          <w:sz w:val="32"/>
        </w:rPr>
        <w:t>See, Edwin, another piece of liturgical art.</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 progress.</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As noted earlier, the bishop and I had a bit of a tussle over the title of this lecture. Over the word “Catholic. ’’</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Now, 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The bishop felt if we didn’t say “Notes on Art for Catholics”, then some Catholics wouldn’t come! What kind of faith’s that in Catholics? And what are we saying here — Protestants wouldn’t be welcome?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(Quickly)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Our Protestant friends are always welcome, Effie — we both know that.</w:t>
      </w:r>
    </w:p>
    <w:p>
      <w:pPr>
        <w:pStyle w:val="StageDirection"/>
        <w:ind w:left="0" w:right="0" w:firstLine="0"/>
        <w:jc w:val="left"/>
      </w:pPr>
      <w:r>
        <w:rPr>
          <w:rFonts w:ascii="Times New Roman" w:hAnsi="Times New Roman"/>
          <w:i/>
          <w:color w:val="000000"/>
          <w:sz w:val="32"/>
        </w:rPr>
        <w:t>(Worried, looking out, smiles charmingly, a little nod.)</w:t>
      </w:r>
    </w:p>
    <w:p>
      <w:pPr>
        <w:ind w:left="0" w:right="0" w:firstLine="0"/>
        <w:jc w:val="left"/>
      </w:pPr>
      <w:r>
        <w:rPr>
          <w:rFonts w:ascii="Times New Roman" w:hAnsi="Times New Roman"/>
          <w:i w:val="0"/>
          <w:color w:val="000000"/>
          <w:sz w:val="32"/>
        </w:rPr>
        <w:t>I'm sure we’ve a few with us this evening.</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Glad to hear it, because...</w:t>
      </w:r>
    </w:p>
    <w:p>
      <w:pPr>
        <w:ind w:left="0" w:right="0" w:firstLine="0"/>
        <w:jc w:val="left"/>
      </w:pPr>
      <w:r>
        <w:rPr>
          <w:rFonts w:ascii="Times New Roman" w:hAnsi="Times New Roman"/>
          <w:i w:val="0"/>
          <w:color w:val="000000"/>
          <w:sz w:val="32"/>
        </w:rPr>
        <w:t>Because in Ireland, the country of Bishop O’Hara's origin... with mother, decades ago, we arrive...</w:t>
      </w:r>
    </w:p>
    <w:p>
      <w:pPr>
        <w:pStyle w:val="StageDirection"/>
        <w:ind w:left="0" w:right="0" w:firstLine="0"/>
        <w:jc w:val="left"/>
      </w:pPr>
      <w:r>
        <w:rPr>
          <w:rFonts w:ascii="Times New Roman" w:hAnsi="Times New Roman"/>
          <w:i/>
          <w:color w:val="000000"/>
          <w:sz w:val="32"/>
        </w:rPr>
        <w:t>(Sudden Irish accent.)</w:t>
      </w:r>
    </w:p>
    <w:p>
      <w:pPr>
        <w:ind w:left="0" w:right="0" w:firstLine="0"/>
        <w:jc w:val="left"/>
      </w:pPr>
      <w:r>
        <w:rPr>
          <w:rFonts w:ascii="Times New Roman" w:hAnsi="Times New Roman"/>
          <w:i w:val="0"/>
          <w:color w:val="000000"/>
          <w:sz w:val="32"/>
        </w:rPr>
        <w:t>... at the Isle of Saints... ‘t’was watery dawn... and what greets our eyes? ... the wrecked Custom House, monument to Easter Week and its attendant bloodshed... I buy a Belfast paper and peruse the advertisements offering employment...</w:t>
      </w:r>
    </w:p>
    <w:p>
      <w:pPr>
        <w:ind w:left="0" w:right="0" w:firstLine="0"/>
        <w:jc w:val="left"/>
      </w:pPr>
      <w:r>
        <w:rPr>
          <w:rFonts w:ascii="Times New Roman" w:hAnsi="Times New Roman"/>
          <w:i w:val="0"/>
          <w:color w:val="000000"/>
          <w:sz w:val="32"/>
        </w:rPr>
        <w:t>Not that I’m wanting work, but to feel the national pulse... I see, I read...</w:t>
      </w:r>
    </w:p>
    <w:p>
      <w:pPr>
        <w:ind w:left="0" w:right="0" w:firstLine="0"/>
        <w:jc w:val="left"/>
      </w:pPr>
      <w:r>
        <w:rPr>
          <w:rFonts w:ascii="Times New Roman" w:hAnsi="Times New Roman"/>
          <w:i w:val="0"/>
          <w:color w:val="000000"/>
          <w:sz w:val="32"/>
        </w:rPr>
        <w:t>“Wanted — Catholic for brick laying”...</w:t>
      </w:r>
    </w:p>
    <w:p>
      <w:pPr>
        <w:ind w:left="0" w:right="0" w:firstLine="0"/>
        <w:jc w:val="left"/>
      </w:pPr>
      <w:r>
        <w:rPr>
          <w:rFonts w:ascii="Times New Roman" w:hAnsi="Times New Roman"/>
          <w:i w:val="0"/>
          <w:color w:val="000000"/>
          <w:sz w:val="32"/>
        </w:rPr>
        <w:t>“Needed: boot boy, must be Protestant”...</w:t>
      </w:r>
    </w:p>
    <w:p>
      <w:pPr>
        <w:ind w:left="0" w:right="0" w:firstLine="0"/>
        <w:jc w:val="left"/>
      </w:pPr>
      <w:r>
        <w:rPr>
          <w:rFonts w:ascii="Times New Roman" w:hAnsi="Times New Roman"/>
          <w:i w:val="0"/>
          <w:color w:val="000000"/>
          <w:sz w:val="32"/>
        </w:rPr>
        <w:t>“Wanted: Catholic kitchen maid.”</w:t>
      </w:r>
    </w:p>
    <w:p>
      <w:pPr>
        <w:ind w:left="0" w:right="0" w:firstLine="0"/>
        <w:jc w:val="left"/>
      </w:pPr>
      <w:r>
        <w:rPr>
          <w:rFonts w:ascii="Times New Roman" w:hAnsi="Times New Roman"/>
          <w:i w:val="0"/>
          <w:color w:val="000000"/>
          <w:sz w:val="32"/>
        </w:rPr>
        <w:t>“Ladies' corset salesman — Protestant preferred”</w:t>
      </w:r>
    </w:p>
    <w:p>
      <w:pPr>
        <w:ind w:left="0" w:right="0" w:firstLine="0"/>
        <w:jc w:val="left"/>
      </w:pPr>
      <w:r>
        <w:rPr>
          <w:rFonts w:ascii="Times New Roman" w:hAnsi="Times New Roman"/>
          <w:i w:val="0"/>
          <w:color w:val="000000"/>
          <w:sz w:val="32"/>
        </w:rPr>
        <w:t>I say, can't a Catholic demonstrate a corset? A Protestant lay a brick?</w:t>
      </w:r>
    </w:p>
    <w:p>
      <w:pPr>
        <w:ind w:left="0" w:right="0" w:firstLine="0"/>
        <w:jc w:val="left"/>
      </w:pPr>
      <w:r>
        <w:rPr>
          <w:rFonts w:ascii="Times New Roman" w:hAnsi="Times New Roman"/>
          <w:i w:val="0"/>
          <w:color w:val="000000"/>
          <w:sz w:val="32"/>
        </w:rPr>
        <w:t>So! ...</w:t>
      </w:r>
    </w:p>
    <w:p>
      <w:pPr>
        <w:pStyle w:val="StageDirection"/>
        <w:ind w:left="0" w:right="0" w:firstLine="0"/>
        <w:jc w:val="left"/>
      </w:pPr>
      <w:r>
        <w:rPr>
          <w:rFonts w:ascii="Times New Roman" w:hAnsi="Times New Roman"/>
          <w:i/>
          <w:color w:val="000000"/>
          <w:sz w:val="32"/>
        </w:rPr>
        <w:t>(Pause, a bit triumphantly.)</w:t>
      </w:r>
    </w:p>
    <w:p>
      <w:pPr>
        <w:ind w:left="0" w:right="0" w:firstLine="0"/>
        <w:jc w:val="left"/>
      </w:pPr>
      <w:r>
        <w:rPr>
          <w:rFonts w:ascii="Times New Roman" w:hAnsi="Times New Roman"/>
          <w:i w:val="0"/>
          <w:color w:val="000000"/>
          <w:sz w:val="32"/>
        </w:rPr>
        <w:t>Too much separation already... and look what it's got us — hate and war.</w:t>
      </w:r>
    </w:p>
    <w:p>
      <w:pPr>
        <w:pStyle w:val="StageDirection"/>
        <w:ind w:left="0" w:right="0" w:firstLine="0"/>
        <w:jc w:val="left"/>
      </w:pPr>
      <w:r>
        <w:rPr>
          <w:rFonts w:ascii="Times New Roman" w:hAnsi="Times New Roman"/>
          <w:i/>
          <w:color w:val="000000"/>
          <w:sz w:val="32"/>
        </w:rPr>
        <w:t>(#42 Slide.)</w:t>
      </w:r>
    </w:p>
    <w:p>
      <w:pPr>
        <w:pStyle w:val="StageDirection"/>
        <w:ind w:left="0" w:right="0" w:firstLine="0"/>
        <w:jc w:val="left"/>
      </w:pPr>
      <w:r>
        <w:rPr>
          <w:rFonts w:ascii="Times New Roman" w:hAnsi="Times New Roman"/>
          <w:i/>
          <w:color w:val="000000"/>
          <w:sz w:val="32"/>
        </w:rPr>
        <w:t>(A beat.)</w:t>
      </w:r>
    </w:p>
    <w:p>
      <w:pPr>
        <w:ind w:left="0" w:right="0" w:firstLine="0"/>
        <w:jc w:val="left"/>
      </w:pPr>
      <w:r>
        <w:rPr>
          <w:rFonts w:ascii="Times New Roman" w:hAnsi="Times New Roman"/>
          <w:i w:val="0"/>
          <w:color w:val="000000"/>
          <w:sz w:val="32"/>
        </w:rPr>
        <w:t>The Nut House! My house. Monterey, in California.</w:t>
      </w:r>
    </w:p>
    <w:p>
      <w:pPr>
        <w:pStyle w:val="StageDirection"/>
        <w:ind w:left="0" w:right="0" w:firstLine="0"/>
        <w:jc w:val="left"/>
      </w:pPr>
      <w:r>
        <w:rPr>
          <w:rFonts w:ascii="Times New Roman" w:hAnsi="Times New Roman"/>
          <w:i/>
          <w:color w:val="000000"/>
          <w:sz w:val="32"/>
        </w:rPr>
        <w:t>(Glances at Bishop O’Hara.)</w:t>
      </w:r>
    </w:p>
    <w:p>
      <w:pPr>
        <w:ind w:left="0" w:right="0" w:firstLine="0"/>
        <w:jc w:val="left"/>
      </w:pPr>
      <w:r>
        <w:rPr>
          <w:rFonts w:ascii="Times New Roman" w:hAnsi="Times New Roman"/>
          <w:i w:val="0"/>
          <w:color w:val="000000"/>
          <w:sz w:val="32"/>
        </w:rPr>
        <w:t>That’s what we called it, scene of many lively parties, some transgressions... Nothing terrible, mind you...</w:t>
      </w:r>
    </w:p>
    <w:p>
      <w:pPr>
        <w:pStyle w:val="StageDirection"/>
        <w:ind w:left="0" w:right="0" w:firstLine="0"/>
        <w:jc w:val="left"/>
      </w:pPr>
      <w:r>
        <w:rPr>
          <w:rFonts w:ascii="Times New Roman" w:hAnsi="Times New Roman"/>
          <w:i/>
          <w:color w:val="000000"/>
          <w:sz w:val="32"/>
        </w:rPr>
        <w:t>(Considers image.)</w:t>
      </w:r>
    </w:p>
    <w:p>
      <w:pPr>
        <w:ind w:left="0" w:right="0" w:firstLine="0"/>
        <w:jc w:val="left"/>
      </w:pPr>
      <w:r>
        <w:rPr>
          <w:rFonts w:ascii="Times New Roman" w:hAnsi="Times New Roman"/>
          <w:i w:val="0"/>
          <w:color w:val="000000"/>
          <w:sz w:val="32"/>
        </w:rPr>
        <w:t>Poets, writers, photographers. Successes and failures. All seemed promising then... death far away...</w:t>
      </w:r>
    </w:p>
    <w:p>
      <w:pPr>
        <w:ind w:left="0" w:right="0" w:firstLine="0"/>
        <w:jc w:val="left"/>
      </w:pPr>
      <w:r>
        <w:rPr>
          <w:rFonts w:ascii="Times New Roman" w:hAnsi="Times New Roman"/>
          <w:i w:val="0"/>
          <w:color w:val="000000"/>
          <w:sz w:val="32"/>
        </w:rPr>
        <w:t>Among them... poet turned stone mason... railroad man turned painter... poetess, mother now of a war hero — this war... home now tending her son’s wounds... I hope none of you... worried, I know...</w:t>
      </w:r>
    </w:p>
    <w:p>
      <w:pPr>
        <w:ind w:left="0" w:right="0" w:firstLine="0"/>
        <w:jc w:val="left"/>
      </w:pPr>
      <w:r>
        <w:rPr>
          <w:rFonts w:ascii="Times New Roman" w:hAnsi="Times New Roman"/>
          <w:i w:val="0"/>
          <w:color w:val="000000"/>
          <w:sz w:val="32"/>
        </w:rPr>
        <w:t>I think of my brother Jim, God knows where. I know you're thinking of someone as we huddle here... center of the country... safe for a time.</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Well... you can do this with any group photo... look back this way...</w:t>
      </w:r>
    </w:p>
    <w:p>
      <w:pPr>
        <w:pStyle w:val="StageDirection"/>
        <w:ind w:left="0" w:right="0" w:firstLine="0"/>
        <w:jc w:val="left"/>
      </w:pPr>
      <w:r>
        <w:rPr>
          <w:rFonts w:ascii="Times New Roman" w:hAnsi="Times New Roman"/>
          <w:i/>
          <w:color w:val="000000"/>
          <w:sz w:val="32"/>
        </w:rPr>
        <w:t>(#43 Slide, an Impressionist townscape, several women gathered together.)</w:t>
      </w:r>
    </w:p>
    <w:p>
      <w:pPr>
        <w:ind w:left="0" w:right="0" w:firstLine="0"/>
        <w:jc w:val="left"/>
      </w:pPr>
      <w:r>
        <w:rPr>
          <w:rFonts w:ascii="Times New Roman" w:hAnsi="Times New Roman"/>
          <w:i w:val="0"/>
          <w:color w:val="000000"/>
          <w:sz w:val="32"/>
        </w:rPr>
        <w:t>We were a scandal.</w:t>
      </w:r>
    </w:p>
    <w:p>
      <w:pPr>
        <w:ind w:left="0" w:right="0" w:firstLine="0"/>
        <w:jc w:val="left"/>
      </w:pPr>
      <w:r>
        <w:rPr>
          <w:rFonts w:ascii="Times New Roman" w:hAnsi="Times New Roman"/>
          <w:i w:val="0"/>
          <w:color w:val="000000"/>
          <w:sz w:val="32"/>
        </w:rPr>
        <w:t>Did this painting — “The Gossips”! Monterey. They're talking, talking... gossiping... about... us!</w:t>
      </w:r>
    </w:p>
    <w:p>
      <w:pPr>
        <w:ind w:left="0" w:right="0" w:firstLine="0"/>
        <w:jc w:val="left"/>
      </w:pPr>
      <w:r>
        <w:rPr>
          <w:rFonts w:ascii="Times New Roman" w:hAnsi="Times New Roman"/>
          <w:i w:val="0"/>
          <w:color w:val="000000"/>
          <w:sz w:val="32"/>
        </w:rPr>
        <w:t>What I thought then.</w:t>
      </w:r>
    </w:p>
    <w:p>
      <w:pPr>
        <w:ind w:left="0" w:right="0" w:firstLine="0"/>
        <w:jc w:val="left"/>
      </w:pPr>
      <w:r>
        <w:rPr>
          <w:rFonts w:ascii="Times New Roman" w:hAnsi="Times New Roman"/>
          <w:i w:val="0"/>
          <w:color w:val="000000"/>
          <w:sz w:val="32"/>
        </w:rPr>
        <w:t>I'd look out from the Nut House — there they'd be... a Greek chorus... their husbands and sons... all at sea fishing... no matter what the weather... the winds... like St. Ives. But I understood — gossip, a way to distract themselves...</w:t>
      </w:r>
    </w:p>
    <w:p>
      <w:pPr>
        <w:ind w:left="0" w:right="0" w:firstLine="0"/>
        <w:jc w:val="left"/>
      </w:pPr>
      <w:r>
        <w:rPr>
          <w:rFonts w:ascii="Times New Roman" w:hAnsi="Times New Roman"/>
          <w:i w:val="0"/>
          <w:color w:val="000000"/>
          <w:sz w:val="32"/>
        </w:rPr>
        <w:t>... from watching the sky... black clouds... churning white caps</w:t>
      </w:r>
    </w:p>
    <w:p>
      <w:pPr>
        <w:ind w:left="0" w:right="0" w:firstLine="0"/>
        <w:jc w:val="left"/>
      </w:pPr>
      <w:r>
        <w:rPr>
          <w:rFonts w:ascii="Times New Roman" w:hAnsi="Times New Roman"/>
          <w:i w:val="0"/>
          <w:color w:val="000000"/>
          <w:sz w:val="32"/>
        </w:rPr>
        <w:t>... so, they turn, look inward, land, not the sea where...</w:t>
      </w:r>
    </w:p>
    <w:p>
      <w:pPr>
        <w:pStyle w:val="StageDirection"/>
        <w:ind w:left="0" w:right="0" w:firstLine="0"/>
        <w:jc w:val="left"/>
      </w:pPr>
      <w:r>
        <w:rPr>
          <w:rFonts w:ascii="Times New Roman" w:hAnsi="Times New Roman"/>
          <w:i/>
          <w:color w:val="000000"/>
          <w:sz w:val="32"/>
        </w:rPr>
        <w:t>(A beat.)</w:t>
      </w:r>
    </w:p>
    <w:p>
      <w:pPr>
        <w:ind w:left="0" w:right="0" w:firstLine="0"/>
        <w:jc w:val="left"/>
      </w:pPr>
      <w:r>
        <w:rPr>
          <w:rFonts w:ascii="Times New Roman" w:hAnsi="Times New Roman"/>
          <w:i w:val="0"/>
          <w:color w:val="000000"/>
          <w:sz w:val="32"/>
        </w:rPr>
        <w:t>Both dangerous, St. Ives and the Atlantic, Monterey and the Pacific. Both kill and those killed often so young... they who venture out too far...</w:t>
      </w:r>
    </w:p>
    <w:p>
      <w:pPr>
        <w:pStyle w:val="StageDirection"/>
        <w:ind w:left="0" w:right="0" w:firstLine="0"/>
        <w:jc w:val="left"/>
      </w:pPr>
      <w:r>
        <w:rPr>
          <w:rFonts w:ascii="Times New Roman" w:hAnsi="Times New Roman"/>
          <w:i/>
          <w:color w:val="000000"/>
          <w:sz w:val="32"/>
        </w:rPr>
        <w:t>(A kind of Irish accent.)</w:t>
      </w:r>
    </w:p>
    <w:p>
      <w:pPr>
        <w:ind w:left="0" w:right="0" w:firstLine="0"/>
        <w:jc w:val="left"/>
      </w:pPr>
      <w:r>
        <w:rPr>
          <w:rFonts w:ascii="Times New Roman" w:hAnsi="Times New Roman"/>
          <w:i w:val="0"/>
          <w:color w:val="000000"/>
          <w:sz w:val="32"/>
        </w:rPr>
        <w:t>“In the big world the old people do be leaving things after them for their sons and children, but in this place, it is the young men do be leaving things behind for them that do be old.”</w:t>
      </w:r>
    </w:p>
    <w:p>
      <w:pPr>
        <w:pStyle w:val="StageDirection"/>
        <w:ind w:left="0" w:right="0" w:firstLine="0"/>
        <w:jc w:val="left"/>
      </w:pPr>
      <w:r>
        <w:rPr>
          <w:rFonts w:ascii="Times New Roman" w:hAnsi="Times New Roman"/>
          <w:i/>
          <w:color w:val="000000"/>
          <w:sz w:val="32"/>
        </w:rPr>
        <w:t>(To audience, as O’Hara leans in.)</w:t>
      </w:r>
    </w:p>
    <w:p>
      <w:pPr>
        <w:ind w:left="0" w:right="0" w:firstLine="0"/>
        <w:jc w:val="left"/>
      </w:pPr>
      <w:r>
        <w:rPr>
          <w:rFonts w:ascii="Times New Roman" w:hAnsi="Times New Roman"/>
          <w:i w:val="0"/>
          <w:color w:val="000000"/>
          <w:sz w:val="32"/>
        </w:rPr>
        <w:t>Do you recognize the writer?</w:t>
      </w:r>
    </w:p>
    <w:p>
      <w:pPr>
        <w:ind w:left="0" w:right="0" w:firstLine="0"/>
        <w:jc w:val="left"/>
      </w:pPr>
      <w:r>
        <w:rPr>
          <w:rFonts w:ascii="Times New Roman" w:hAnsi="Times New Roman"/>
          <w:i w:val="0"/>
          <w:color w:val="000000"/>
          <w:sz w:val="32"/>
        </w:rPr>
        <w:t>Edwin?</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(Sitting straighter)</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Could it be...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Yes?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(Brightening)</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J. M. Synge’s “Riders to the Sea”?</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(Also)</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John Millington Synge — the grieved Maurya speaking her heart... A favorite of the bishop — Synge... Here’s a song he sings, the bishop does.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(On guard)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Do sing it, Edwin.</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Edwin, I know you want to.</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(Pauses, smiles, to her and audience)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Aye, I do.</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Takes him to his roots.</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Proudly stolen from Mr. Synge.</w:t>
      </w:r>
    </w:p>
    <w:p>
      <w:pPr>
        <w:pStyle w:val="StageDirection"/>
        <w:ind w:left="0" w:right="0" w:firstLine="0"/>
        <w:jc w:val="left"/>
      </w:pPr>
      <w:r>
        <w:rPr>
          <w:rFonts w:ascii="Times New Roman" w:hAnsi="Times New Roman"/>
          <w:i/>
          <w:color w:val="000000"/>
          <w:sz w:val="32"/>
        </w:rPr>
        <w:t>(O’Hara comes forward, clears his throat then sings with strength.)</w:t>
      </w:r>
    </w:p>
    <w:p>
      <w:pPr>
        <w:pStyle w:val="SongTitle"/>
        <w:ind w:left="0" w:right="0" w:firstLine="0"/>
        <w:jc w:val="left"/>
      </w:pPr>
      <w:r>
        <w:rPr>
          <w:rFonts w:ascii="Times New Roman" w:hAnsi="Times New Roman"/>
          <w:i/>
          <w:color w:val="000000"/>
          <w:sz w:val="32"/>
        </w:rPr>
        <w:t>“Riders to the Sea”</w:t>
      </w:r>
    </w:p>
    <w:p>
      <w:pPr>
        <w:pStyle w:val="Song"/>
        <w:ind w:left="0" w:right="0" w:firstLine="0"/>
        <w:jc w:val="left"/>
      </w:pPr>
      <w:r>
        <w:rPr>
          <w:rFonts w:ascii="Times New Roman" w:hAnsi="Times New Roman"/>
          <w:color w:val="000000"/>
          <w:sz w:val="32"/>
        </w:rPr>
        <w:t>C'mon, gather to hear my song,</w:t>
      </w:r>
      <w:r>
        <w:rPr>
          <w:color w:val="000000"/>
          <w:sz w:val="32"/>
        </w:rPr>
        <w:br/>
      </w:r>
      <w:r>
        <w:rPr>
          <w:rFonts w:ascii="Times New Roman" w:hAnsi="Times New Roman"/>
          <w:color w:val="000000"/>
          <w:sz w:val="32"/>
        </w:rPr>
        <w:t>about the riders to the sea,</w:t>
      </w:r>
      <w:r>
        <w:rPr>
          <w:color w:val="000000"/>
          <w:sz w:val="32"/>
        </w:rPr>
        <w:br/>
      </w:r>
      <w:r>
        <w:rPr>
          <w:rFonts w:ascii="Times New Roman" w:hAnsi="Times New Roman"/>
          <w:color w:val="000000"/>
          <w:sz w:val="32"/>
        </w:rPr>
        <w:t>On Aran’s shores ‘long Galway Bay,</w:t>
      </w:r>
      <w:r>
        <w:rPr>
          <w:color w:val="000000"/>
          <w:sz w:val="32"/>
        </w:rPr>
        <w:br/>
      </w:r>
      <w:r>
        <w:rPr>
          <w:rFonts w:ascii="Times New Roman" w:hAnsi="Times New Roman"/>
          <w:color w:val="000000"/>
          <w:sz w:val="32"/>
        </w:rPr>
        <w:t>they cast their nets alone.</w:t>
      </w:r>
      <w:r>
        <w:rPr>
          <w:color w:val="000000"/>
          <w:sz w:val="32"/>
        </w:rPr>
        <w:br/>
      </w:r>
      <w:r>
        <w:rPr>
          <w:rFonts w:ascii="Times New Roman" w:hAnsi="Times New Roman"/>
          <w:color w:val="000000"/>
          <w:sz w:val="32"/>
        </w:rPr>
        <w:t>Waves craft the shores,</w:t>
      </w:r>
      <w:r>
        <w:rPr>
          <w:color w:val="000000"/>
          <w:sz w:val="32"/>
        </w:rPr>
        <w:br/>
      </w:r>
      <w:r>
        <w:rPr>
          <w:rFonts w:ascii="Times New Roman" w:hAnsi="Times New Roman"/>
          <w:color w:val="000000"/>
          <w:sz w:val="32"/>
        </w:rPr>
        <w:t>with a sculptor’s skilled hand.</w:t>
      </w:r>
      <w:r>
        <w:rPr>
          <w:color w:val="000000"/>
          <w:sz w:val="32"/>
        </w:rPr>
        <w:br/>
      </w:r>
      <w:r>
        <w:rPr>
          <w:rFonts w:ascii="Times New Roman" w:hAnsi="Times New Roman"/>
          <w:color w:val="000000"/>
          <w:sz w:val="32"/>
        </w:rPr>
        <w:t>The splendor of the day,</w:t>
      </w:r>
      <w:r>
        <w:rPr>
          <w:color w:val="000000"/>
          <w:sz w:val="32"/>
        </w:rPr>
        <w:br/>
      </w:r>
      <w:r>
        <w:rPr>
          <w:rFonts w:ascii="Times New Roman" w:hAnsi="Times New Roman"/>
          <w:color w:val="000000"/>
          <w:sz w:val="32"/>
        </w:rPr>
        <w:t>the distance of the night.</w:t>
      </w:r>
      <w:r>
        <w:rPr>
          <w:color w:val="000000"/>
          <w:sz w:val="32"/>
        </w:rPr>
        <w:br/>
      </w:r>
      <w:r>
        <w:rPr>
          <w:rFonts w:ascii="Times New Roman" w:hAnsi="Times New Roman"/>
          <w:color w:val="000000"/>
          <w:sz w:val="32"/>
        </w:rPr>
        <w:t>Here are men who’ve lived,</w:t>
      </w:r>
      <w:r>
        <w:rPr>
          <w:color w:val="000000"/>
          <w:sz w:val="32"/>
        </w:rPr>
        <w:br/>
      </w:r>
      <w:r>
        <w:rPr>
          <w:rFonts w:ascii="Times New Roman" w:hAnsi="Times New Roman"/>
          <w:color w:val="000000"/>
          <w:sz w:val="32"/>
        </w:rPr>
        <w:t>bound by the solitude of art.</w:t>
      </w:r>
      <w:r>
        <w:rPr>
          <w:color w:val="000000"/>
          <w:sz w:val="32"/>
        </w:rPr>
        <w:br/>
      </w:r>
      <w:r>
        <w:rPr>
          <w:rFonts w:ascii="Times New Roman" w:hAnsi="Times New Roman"/>
          <w:color w:val="000000"/>
          <w:sz w:val="32"/>
        </w:rPr>
        <w:t>On Aran’s shores ‘long Galway Bay,</w:t>
      </w:r>
      <w:r>
        <w:rPr>
          <w:color w:val="000000"/>
          <w:sz w:val="32"/>
        </w:rPr>
        <w:br/>
      </w:r>
      <w:r>
        <w:rPr>
          <w:rFonts w:ascii="Times New Roman" w:hAnsi="Times New Roman"/>
          <w:color w:val="000000"/>
          <w:sz w:val="32"/>
        </w:rPr>
        <w:t>they cast their nets alone.</w:t>
      </w:r>
    </w:p>
    <w:p>
      <w:pPr>
        <w:pStyle w:val="Song"/>
        <w:ind w:left="0" w:right="0" w:firstLine="0"/>
        <w:jc w:val="left"/>
      </w:pPr>
      <w:r>
        <w:rPr>
          <w:rFonts w:ascii="Times New Roman" w:hAnsi="Times New Roman"/>
          <w:color w:val="000000"/>
          <w:sz w:val="32"/>
        </w:rPr>
        <w:t>Amidst the storm we all are,</w:t>
      </w:r>
      <w:r>
        <w:rPr>
          <w:color w:val="000000"/>
          <w:sz w:val="32"/>
        </w:rPr>
        <w:br/>
      </w:r>
      <w:r>
        <w:rPr>
          <w:rFonts w:ascii="Times New Roman" w:hAnsi="Times New Roman"/>
          <w:color w:val="000000"/>
          <w:sz w:val="32"/>
        </w:rPr>
        <w:t>the riders to the sea.</w:t>
      </w:r>
      <w:r>
        <w:rPr>
          <w:color w:val="000000"/>
          <w:sz w:val="32"/>
        </w:rPr>
        <w:br/>
      </w:r>
      <w:r>
        <w:rPr>
          <w:rFonts w:ascii="Times New Roman" w:hAnsi="Times New Roman"/>
          <w:color w:val="000000"/>
          <w:sz w:val="32"/>
        </w:rPr>
        <w:t>We find the strength in God,</w:t>
      </w:r>
      <w:r>
        <w:rPr>
          <w:color w:val="000000"/>
          <w:sz w:val="32"/>
        </w:rPr>
        <w:br/>
      </w:r>
      <w:r>
        <w:rPr>
          <w:rFonts w:ascii="Times New Roman" w:hAnsi="Times New Roman"/>
          <w:color w:val="000000"/>
          <w:sz w:val="32"/>
        </w:rPr>
        <w:t>In the beauty of his grace.</w:t>
      </w:r>
    </w:p>
    <w:p>
      <w:pPr>
        <w:pStyle w:val="StageDirection"/>
        <w:ind w:left="0" w:right="0" w:firstLine="0"/>
        <w:jc w:val="left"/>
      </w:pPr>
      <w:r>
        <w:rPr>
          <w:rFonts w:ascii="Times New Roman" w:hAnsi="Times New Roman"/>
          <w:i/>
          <w:color w:val="000000"/>
          <w:sz w:val="32"/>
        </w:rPr>
        <w:t>(He collapses into his chair, sighing, emotionally content.)</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Thank you, Effie.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(Pause, moved)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 I just thought, Edwin... Those Irish women, so like the Monterey women I painted... mocking them before thinking...</w:t>
      </w:r>
    </w:p>
    <w:p>
      <w:pPr>
        <w:pStyle w:val="StageDirection"/>
        <w:ind w:left="0" w:right="0" w:firstLine="0"/>
        <w:jc w:val="left"/>
      </w:pPr>
      <w:r>
        <w:rPr>
          <w:rFonts w:ascii="Times New Roman" w:hAnsi="Times New Roman"/>
          <w:i/>
          <w:color w:val="000000"/>
          <w:sz w:val="32"/>
        </w:rPr>
        <w:t>(Pause, looking at the painting.)</w:t>
      </w:r>
    </w:p>
    <w:p>
      <w:pPr>
        <w:ind w:left="0" w:right="0" w:firstLine="0"/>
        <w:jc w:val="left"/>
      </w:pPr>
      <w:r>
        <w:rPr>
          <w:rFonts w:ascii="Times New Roman" w:hAnsi="Times New Roman"/>
          <w:i w:val="0"/>
          <w:color w:val="000000"/>
          <w:sz w:val="32"/>
        </w:rPr>
        <w:t>We must have seemed stupid and shallow to them, rowdy and spoiled, those days in Monterey... yet life so hard for them... and us, given everything... that’s why...</w:t>
      </w:r>
    </w:p>
    <w:p>
      <w:pPr>
        <w:pStyle w:val="StageDirection"/>
        <w:ind w:left="0" w:right="0" w:firstLine="0"/>
        <w:jc w:val="left"/>
      </w:pPr>
      <w:r>
        <w:rPr>
          <w:rFonts w:ascii="Times New Roman" w:hAnsi="Times New Roman"/>
          <w:i/>
          <w:color w:val="000000"/>
          <w:sz w:val="32"/>
        </w:rPr>
        <w:t>(Pause. Lost a moment. Looks at image. Distant.)</w:t>
      </w:r>
    </w:p>
    <w:p>
      <w:pPr>
        <w:ind w:left="0" w:right="0" w:firstLine="0"/>
        <w:jc w:val="left"/>
      </w:pPr>
      <w:r>
        <w:rPr>
          <w:rFonts w:ascii="Times New Roman" w:hAnsi="Times New Roman"/>
          <w:i w:val="0"/>
          <w:color w:val="000000"/>
          <w:sz w:val="32"/>
        </w:rPr>
        <w:t>I was...</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(Some concern)</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You were? ... Effie?</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(Smiles, easily)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Oh, simply thinking of people, lost people... at sea and at sea... forgive me, please...</w:t>
      </w:r>
    </w:p>
    <w:p>
      <w:pPr>
        <w:pStyle w:val="StageDirection"/>
        <w:ind w:left="0" w:right="0" w:firstLine="0"/>
        <w:jc w:val="left"/>
      </w:pPr>
      <w:r>
        <w:rPr>
          <w:rFonts w:ascii="Times New Roman" w:hAnsi="Times New Roman"/>
          <w:i/>
          <w:color w:val="000000"/>
          <w:sz w:val="32"/>
        </w:rPr>
        <w:t>(A beat, then #44 Slide. Briskly:)</w:t>
      </w:r>
    </w:p>
    <w:p>
      <w:pPr>
        <w:ind w:left="0" w:right="0" w:firstLine="0"/>
        <w:jc w:val="left"/>
      </w:pPr>
      <w:r>
        <w:rPr>
          <w:rFonts w:ascii="Times New Roman" w:hAnsi="Times New Roman"/>
          <w:i w:val="0"/>
          <w:color w:val="000000"/>
          <w:sz w:val="32"/>
        </w:rPr>
        <w:t>Madonna and Child. Damaged, so... part Madonna... part Child. Fourteenth Century... French. Limestone. Has the remote quality and dignity desirable in religious art...</w:t>
      </w:r>
    </w:p>
    <w:p>
      <w:pPr>
        <w:ind w:left="0" w:right="0" w:firstLine="0"/>
        <w:jc w:val="left"/>
      </w:pPr>
      <w:r>
        <w:rPr>
          <w:rFonts w:ascii="Times New Roman" w:hAnsi="Times New Roman"/>
          <w:i w:val="0"/>
          <w:color w:val="000000"/>
          <w:sz w:val="32"/>
        </w:rPr>
        <w:t>Compare to... well, put it this way... does she need a halo?</w:t>
      </w:r>
    </w:p>
    <w:p>
      <w:pPr>
        <w:ind w:left="0" w:right="0" w:firstLine="0"/>
        <w:jc w:val="left"/>
      </w:pPr>
      <w:r>
        <w:rPr>
          <w:rFonts w:ascii="Times New Roman" w:hAnsi="Times New Roman"/>
          <w:i w:val="0"/>
          <w:color w:val="000000"/>
          <w:sz w:val="32"/>
        </w:rPr>
        <w:t>Interesting... a work of art, even if severely damaged, holds our attention. We imagine the rest, don't we? Want to complete the image in our heads because the artist has started us on a strong path — the Madonna's hand, the Child's face.</w:t>
      </w:r>
    </w:p>
    <w:p>
      <w:pPr>
        <w:ind w:left="0" w:right="0" w:firstLine="0"/>
        <w:jc w:val="left"/>
      </w:pPr>
      <w:r>
        <w:rPr>
          <w:rFonts w:ascii="Times New Roman" w:hAnsi="Times New Roman"/>
          <w:i w:val="0"/>
          <w:color w:val="000000"/>
          <w:sz w:val="32"/>
        </w:rPr>
        <w:t>Or... or the injury to the art work, becomes real, feeds our religious fervor...</w:t>
      </w:r>
    </w:p>
    <w:p>
      <w:pPr>
        <w:pStyle w:val="StageDirection"/>
        <w:ind w:left="0" w:right="0" w:firstLine="0"/>
        <w:jc w:val="left"/>
      </w:pPr>
      <w:r>
        <w:rPr>
          <w:rFonts w:ascii="Times New Roman" w:hAnsi="Times New Roman"/>
          <w:i/>
          <w:color w:val="000000"/>
          <w:sz w:val="32"/>
        </w:rPr>
        <w:t>(Glances in O’Hara's direction, knowing he approves. Small smile.)</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Always a good thing.</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Not always, Edwin. Remember Ireland and Easter Week — there was no good in that fervor.</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(To audience, only half amused)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Well, I walked into that one.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That you did.</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Not the first time. But, please —</w:t>
      </w:r>
    </w:p>
    <w:p>
      <w:pPr>
        <w:pStyle w:val="StageDirection"/>
        <w:ind w:left="0" w:right="0" w:firstLine="0"/>
        <w:jc w:val="left"/>
      </w:pPr>
      <w:r>
        <w:rPr>
          <w:rFonts w:ascii="Times New Roman" w:hAnsi="Times New Roman"/>
          <w:i/>
          <w:color w:val="000000"/>
          <w:sz w:val="32"/>
        </w:rPr>
        <w:t>(Gestures for her to continue.)</w:t>
      </w:r>
    </w:p>
    <w:p>
      <w:pPr>
        <w:pStyle w:val="StageDirection"/>
        <w:ind w:left="0" w:right="0" w:firstLine="0"/>
        <w:jc w:val="left"/>
      </w:pPr>
      <w:r>
        <w:rPr>
          <w:rFonts w:ascii="Times New Roman" w:hAnsi="Times New Roman"/>
          <w:i/>
          <w:color w:val="000000"/>
          <w:sz w:val="32"/>
        </w:rPr>
        <w:t>(#45 Slide.)</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Saint Peter, by Velasquez. Now here’s artistic religious fervor, a different and totally acceptable thing. Of course, I'm biased. Note the boat in the background — Velasquez reminding us: Peter's a fisherman.</w:t>
      </w:r>
    </w:p>
    <w:p>
      <w:pPr>
        <w:ind w:left="0" w:right="0" w:firstLine="0"/>
        <w:jc w:val="left"/>
      </w:pPr>
      <w:r>
        <w:rPr>
          <w:rFonts w:ascii="Times New Roman" w:hAnsi="Times New Roman"/>
          <w:i w:val="0"/>
          <w:color w:val="000000"/>
          <w:sz w:val="32"/>
        </w:rPr>
        <w:t>Important.</w:t>
      </w:r>
    </w:p>
    <w:p>
      <w:pPr>
        <w:pStyle w:val="StageDirection"/>
        <w:ind w:left="0" w:right="0" w:firstLine="0"/>
        <w:jc w:val="left"/>
      </w:pPr>
      <w:r>
        <w:rPr>
          <w:rFonts w:ascii="Times New Roman" w:hAnsi="Times New Roman"/>
          <w:i/>
          <w:color w:val="000000"/>
          <w:sz w:val="32"/>
        </w:rPr>
        <w:t>(Looks at image.)</w:t>
      </w:r>
    </w:p>
    <w:p>
      <w:pPr>
        <w:ind w:left="0" w:right="0" w:firstLine="0"/>
        <w:jc w:val="left"/>
      </w:pPr>
      <w:r>
        <w:rPr>
          <w:rFonts w:ascii="Times New Roman" w:hAnsi="Times New Roman"/>
          <w:i w:val="0"/>
          <w:color w:val="000000"/>
          <w:sz w:val="32"/>
        </w:rPr>
        <w:t>Velasquez more concerned with Peter's emotional state than portraiture, so any preconceived notion we have of his likeness becomes secondary to his grief...</w:t>
      </w:r>
    </w:p>
    <w:p>
      <w:pPr>
        <w:pStyle w:val="StageDirection"/>
        <w:ind w:left="0" w:right="0" w:firstLine="0"/>
        <w:jc w:val="left"/>
      </w:pPr>
      <w:r>
        <w:rPr>
          <w:rFonts w:ascii="Times New Roman" w:hAnsi="Times New Roman"/>
          <w:i/>
          <w:color w:val="000000"/>
          <w:sz w:val="32"/>
        </w:rPr>
        <w:t>(#46 Slide.)</w:t>
      </w:r>
    </w:p>
    <w:p>
      <w:pPr>
        <w:ind w:left="0" w:right="0" w:firstLine="0"/>
        <w:jc w:val="left"/>
      </w:pPr>
      <w:r>
        <w:rPr>
          <w:rFonts w:ascii="Times New Roman" w:hAnsi="Times New Roman"/>
          <w:i w:val="0"/>
          <w:color w:val="000000"/>
          <w:sz w:val="32"/>
        </w:rPr>
        <w:t>‘Christ Awakening His Disciples in Gethsemane. '</w:t>
      </w:r>
    </w:p>
    <w:p>
      <w:pPr>
        <w:pStyle w:val="StageDirection"/>
        <w:ind w:left="0" w:right="0" w:firstLine="0"/>
        <w:jc w:val="left"/>
      </w:pPr>
      <w:r>
        <w:rPr>
          <w:rFonts w:ascii="Times New Roman" w:hAnsi="Times New Roman"/>
          <w:i/>
          <w:color w:val="000000"/>
          <w:sz w:val="32"/>
        </w:rPr>
        <w:t>(Hesitates, then a touch nervously:)</w:t>
      </w:r>
    </w:p>
    <w:p>
      <w:pPr>
        <w:ind w:left="0" w:right="0" w:firstLine="0"/>
        <w:jc w:val="left"/>
      </w:pPr>
      <w:r>
        <w:rPr>
          <w:rFonts w:ascii="Times New Roman" w:hAnsi="Times New Roman"/>
          <w:i w:val="0"/>
          <w:color w:val="000000"/>
          <w:sz w:val="32"/>
        </w:rPr>
        <w:t>What do you think?</w:t>
      </w:r>
    </w:p>
    <w:p>
      <w:pPr>
        <w:ind w:left="0" w:right="0" w:firstLine="0"/>
        <w:jc w:val="left"/>
      </w:pPr>
      <w:r>
        <w:rPr>
          <w:rFonts w:ascii="Times New Roman" w:hAnsi="Times New Roman"/>
          <w:i w:val="0"/>
          <w:color w:val="000000"/>
          <w:sz w:val="32"/>
        </w:rPr>
        <w:t>By me, in California, Mission San Carlos Borromeo de Carmelo.</w:t>
      </w:r>
    </w:p>
    <w:p>
      <w:pPr>
        <w:ind w:left="0" w:right="0" w:firstLine="0"/>
        <w:jc w:val="left"/>
      </w:pPr>
      <w:r>
        <w:rPr>
          <w:rFonts w:ascii="Times New Roman" w:hAnsi="Times New Roman"/>
          <w:i w:val="0"/>
          <w:color w:val="000000"/>
          <w:sz w:val="32"/>
        </w:rPr>
        <w:t>The crucifix... waiting. He knows. But also, waiting for Christ, the comfort of angels.</w:t>
      </w:r>
    </w:p>
    <w:p>
      <w:pPr>
        <w:pStyle w:val="StageDirection"/>
        <w:ind w:left="0" w:right="0" w:firstLine="0"/>
        <w:jc w:val="left"/>
      </w:pPr>
      <w:r>
        <w:rPr>
          <w:rFonts w:ascii="Times New Roman" w:hAnsi="Times New Roman"/>
          <w:i/>
          <w:color w:val="000000"/>
          <w:sz w:val="32"/>
        </w:rPr>
        <w:t>(Pause, looking at the image.)</w:t>
      </w:r>
    </w:p>
    <w:p>
      <w:pPr>
        <w:ind w:left="0" w:right="0" w:firstLine="0"/>
        <w:jc w:val="left"/>
      </w:pPr>
      <w:r>
        <w:rPr>
          <w:rFonts w:ascii="Times New Roman" w:hAnsi="Times New Roman"/>
          <w:i w:val="0"/>
          <w:color w:val="000000"/>
          <w:sz w:val="32"/>
        </w:rPr>
        <w:t>Agonized over this painting. Put all I had into it.</w:t>
      </w:r>
    </w:p>
    <w:p>
      <w:pPr>
        <w:ind w:left="0" w:right="0" w:firstLine="0"/>
        <w:jc w:val="left"/>
      </w:pPr>
      <w:r>
        <w:rPr>
          <w:rFonts w:ascii="Times New Roman" w:hAnsi="Times New Roman"/>
          <w:i w:val="0"/>
          <w:color w:val="000000"/>
          <w:sz w:val="32"/>
        </w:rPr>
        <w:t>Everything.</w:t>
      </w:r>
    </w:p>
    <w:p>
      <w:pPr>
        <w:ind w:left="0" w:right="0" w:firstLine="0"/>
        <w:jc w:val="left"/>
      </w:pPr>
      <w:r>
        <w:rPr>
          <w:rFonts w:ascii="Times New Roman" w:hAnsi="Times New Roman"/>
          <w:i w:val="0"/>
          <w:color w:val="000000"/>
          <w:sz w:val="32"/>
        </w:rPr>
        <w:t>Not altogether happy with it, but has a kind of presence...</w:t>
      </w:r>
    </w:p>
    <w:p>
      <w:pPr>
        <w:pStyle w:val="StageDirection"/>
        <w:ind w:left="0" w:right="0" w:firstLine="0"/>
        <w:jc w:val="left"/>
      </w:pPr>
      <w:r>
        <w:rPr>
          <w:rFonts w:ascii="Times New Roman" w:hAnsi="Times New Roman"/>
          <w:i/>
          <w:color w:val="000000"/>
          <w:sz w:val="32"/>
        </w:rPr>
        <w:t>(#47 Slide. Two figures.)</w:t>
      </w:r>
    </w:p>
    <w:p>
      <w:pPr>
        <w:ind w:left="0" w:right="0" w:firstLine="0"/>
        <w:jc w:val="left"/>
      </w:pPr>
      <w:r>
        <w:rPr>
          <w:rFonts w:ascii="Times New Roman" w:hAnsi="Times New Roman"/>
          <w:i w:val="0"/>
          <w:color w:val="000000"/>
          <w:sz w:val="32"/>
        </w:rPr>
        <w:t>A study, by me again. Here composition is all. Design. Simplicity. You can see I've kept a love of color.</w:t>
      </w:r>
    </w:p>
    <w:p>
      <w:pPr>
        <w:ind w:left="0" w:right="0" w:firstLine="0"/>
        <w:jc w:val="left"/>
      </w:pPr>
      <w:r>
        <w:rPr>
          <w:rFonts w:ascii="Times New Roman" w:hAnsi="Times New Roman"/>
          <w:i w:val="0"/>
          <w:color w:val="000000"/>
          <w:sz w:val="32"/>
        </w:rPr>
        <w:t>The angel — Michael. The man, Peter again.</w:t>
      </w:r>
    </w:p>
    <w:p>
      <w:pPr>
        <w:ind w:left="0" w:right="0" w:firstLine="0"/>
        <w:jc w:val="left"/>
      </w:pPr>
      <w:r>
        <w:rPr>
          <w:rFonts w:ascii="Times New Roman" w:hAnsi="Times New Roman"/>
          <w:i w:val="0"/>
          <w:color w:val="000000"/>
          <w:sz w:val="32"/>
        </w:rPr>
        <w:t>Of Peter... a name dear to me...</w:t>
      </w:r>
    </w:p>
    <w:p>
      <w:pPr>
        <w:pStyle w:val="StageDirection"/>
        <w:ind w:left="0" w:right="0" w:firstLine="0"/>
        <w:jc w:val="left"/>
      </w:pPr>
      <w:r>
        <w:rPr>
          <w:rFonts w:ascii="Times New Roman" w:hAnsi="Times New Roman"/>
          <w:i/>
          <w:color w:val="000000"/>
          <w:sz w:val="32"/>
        </w:rPr>
        <w:t>(#48 Slide.)</w:t>
      </w:r>
    </w:p>
    <w:p>
      <w:pPr>
        <w:ind w:left="0" w:right="0" w:firstLine="0"/>
        <w:jc w:val="left"/>
      </w:pPr>
      <w:r>
        <w:rPr>
          <w:rFonts w:ascii="Times New Roman" w:hAnsi="Times New Roman"/>
          <w:i w:val="0"/>
          <w:color w:val="000000"/>
          <w:sz w:val="32"/>
        </w:rPr>
        <w:t>Showed this earlier... painting by Ethel... I didn't say, flute was Peter's... my godson's... Ethel's boy... remember?</w:t>
      </w:r>
    </w:p>
    <w:p>
      <w:pPr>
        <w:pStyle w:val="StageDirection"/>
        <w:ind w:left="0" w:right="0" w:firstLine="0"/>
        <w:jc w:val="left"/>
      </w:pPr>
      <w:r>
        <w:rPr>
          <w:rFonts w:ascii="Times New Roman" w:hAnsi="Times New Roman"/>
          <w:i/>
          <w:color w:val="000000"/>
          <w:sz w:val="32"/>
        </w:rPr>
        <w:t>(#49 Slide.)</w:t>
      </w:r>
    </w:p>
    <w:p>
      <w:pPr>
        <w:ind w:left="0" w:right="0" w:firstLine="0"/>
        <w:jc w:val="left"/>
      </w:pPr>
      <w:r>
        <w:rPr>
          <w:rFonts w:ascii="Times New Roman" w:hAnsi="Times New Roman"/>
          <w:i w:val="0"/>
          <w:color w:val="000000"/>
          <w:sz w:val="32"/>
        </w:rPr>
        <w:t>Here as a child — Peter. Such a fine boy. So much promise. I wrote to his mother, near this time:</w:t>
      </w:r>
    </w:p>
    <w:p>
      <w:pPr>
        <w:ind w:left="0" w:right="0" w:firstLine="0"/>
        <w:jc w:val="left"/>
      </w:pPr>
      <w:r>
        <w:rPr>
          <w:rFonts w:ascii="Times New Roman" w:hAnsi="Times New Roman"/>
          <w:i w:val="0"/>
          <w:color w:val="000000"/>
          <w:sz w:val="32"/>
        </w:rPr>
        <w:t>“Ethel, my dear, I’m sending my godson, your Peter, a charming wool sweater. Knit by the wife of a St. Ives fisherman... knit to fill the waiting hours... yearning and love in each stitch...</w:t>
      </w:r>
    </w:p>
    <w:p>
      <w:pPr>
        <w:ind w:left="0" w:right="0" w:firstLine="0"/>
        <w:jc w:val="left"/>
      </w:pPr>
      <w:r>
        <w:rPr>
          <w:rFonts w:ascii="Times New Roman" w:hAnsi="Times New Roman"/>
          <w:i w:val="0"/>
          <w:color w:val="000000"/>
          <w:sz w:val="32"/>
        </w:rPr>
        <w:t>“I so hope he likes it. Tell him his godmother loves him and thinks of him as she watches the children of the fisher folk run and play on the beaches here.</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“They think me funny... the children. Laugh at me. At my mouth... So odd, to have people look at your mouth, not into your eyes, as you did... why I love you...</w:t>
      </w:r>
    </w:p>
    <w:p>
      <w:pPr>
        <w:ind w:left="0" w:right="0" w:firstLine="0"/>
        <w:jc w:val="left"/>
      </w:pPr>
      <w:r>
        <w:rPr>
          <w:rFonts w:ascii="Times New Roman" w:hAnsi="Times New Roman"/>
          <w:i w:val="0"/>
          <w:color w:val="000000"/>
          <w:sz w:val="32"/>
        </w:rPr>
        <w:t>“But the worst, they make fun of my painting. Peek over my shoulder and yell — ‘Look, she can’t get it right, the picture’s all crooked and fuzzy. '</w:t>
      </w:r>
    </w:p>
    <w:p>
      <w:pPr>
        <w:ind w:left="0" w:right="0" w:firstLine="0"/>
        <w:jc w:val="left"/>
      </w:pPr>
      <w:r>
        <w:rPr>
          <w:rFonts w:ascii="Times New Roman" w:hAnsi="Times New Roman"/>
          <w:i w:val="0"/>
          <w:color w:val="000000"/>
          <w:sz w:val="32"/>
        </w:rPr>
        <w:t>“I hope Peter’s keeping you on your toes. Will be good exercise for you if, as I suspect, you’re no longer painting. Tell Peter not to forget his extra parent, here in St. Ives...”</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Then, at age seventeen, Peter was made the first secretary of the Sierra Club. Imagine that!</w:t>
      </w:r>
    </w:p>
    <w:p>
      <w:pPr>
        <w:pStyle w:val="StageDirection"/>
        <w:ind w:left="0" w:right="0" w:firstLine="0"/>
        <w:jc w:val="left"/>
      </w:pPr>
      <w:r>
        <w:rPr>
          <w:rFonts w:ascii="Times New Roman" w:hAnsi="Times New Roman"/>
          <w:i/>
          <w:color w:val="000000"/>
          <w:sz w:val="32"/>
        </w:rPr>
        <w:t>(#50 Slide.)</w:t>
      </w:r>
    </w:p>
    <w:p>
      <w:pPr>
        <w:ind w:left="0" w:right="0" w:firstLine="0"/>
        <w:jc w:val="left"/>
      </w:pPr>
      <w:r>
        <w:rPr>
          <w:rFonts w:ascii="Times New Roman" w:hAnsi="Times New Roman"/>
          <w:i w:val="0"/>
          <w:color w:val="000000"/>
          <w:sz w:val="32"/>
        </w:rPr>
        <w:t>“St. Ives After Sunset.”</w:t>
      </w:r>
    </w:p>
    <w:p>
      <w:pPr>
        <w:ind w:left="0" w:right="0" w:firstLine="0"/>
        <w:jc w:val="left"/>
      </w:pPr>
      <w:r>
        <w:rPr>
          <w:rFonts w:ascii="Times New Roman" w:hAnsi="Times New Roman"/>
          <w:i w:val="0"/>
          <w:color w:val="000000"/>
          <w:sz w:val="32"/>
        </w:rPr>
        <w:t>Mine. Fewer unmannerly children at that time of day. Safer.</w:t>
      </w:r>
    </w:p>
    <w:p>
      <w:pPr>
        <w:ind w:left="0" w:right="0" w:firstLine="0"/>
        <w:jc w:val="left"/>
      </w:pPr>
      <w:r>
        <w:rPr>
          <w:rFonts w:ascii="Times New Roman" w:hAnsi="Times New Roman"/>
          <w:i w:val="0"/>
          <w:color w:val="000000"/>
          <w:sz w:val="32"/>
        </w:rPr>
        <w:t>I did some of my best painting in St. Ives. It was my first trip there I learned Ethel had married. A military man. Handsome. Stood quite straight. A good man.</w:t>
      </w:r>
    </w:p>
    <w:p>
      <w:pPr>
        <w:pStyle w:val="StageDirection"/>
        <w:ind w:left="0" w:right="0" w:firstLine="0"/>
        <w:jc w:val="left"/>
      </w:pPr>
      <w:r>
        <w:rPr>
          <w:rFonts w:ascii="Times New Roman" w:hAnsi="Times New Roman"/>
          <w:i/>
          <w:color w:val="000000"/>
          <w:sz w:val="32"/>
        </w:rPr>
        <w:t>(Suddenly distant.)</w:t>
      </w:r>
    </w:p>
    <w:p>
      <w:pPr>
        <w:ind w:left="0" w:right="0" w:firstLine="0"/>
        <w:jc w:val="left"/>
      </w:pPr>
      <w:r>
        <w:rPr>
          <w:rFonts w:ascii="Times New Roman" w:hAnsi="Times New Roman"/>
          <w:i w:val="0"/>
          <w:color w:val="000000"/>
          <w:sz w:val="32"/>
        </w:rPr>
        <w:t>In France...</w:t>
      </w:r>
    </w:p>
    <w:p>
      <w:pPr>
        <w:pStyle w:val="StageDirection"/>
        <w:ind w:left="0" w:right="0" w:firstLine="0"/>
        <w:jc w:val="left"/>
      </w:pPr>
      <w:r>
        <w:rPr>
          <w:rFonts w:ascii="Times New Roman" w:hAnsi="Times New Roman"/>
          <w:i/>
          <w:color w:val="000000"/>
          <w:sz w:val="32"/>
        </w:rPr>
        <w:t>(Pause.)</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(Concerned)</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In France? When you were in St. Tropez, painting?</w:t>
      </w:r>
    </w:p>
    <w:p>
      <w:pPr>
        <w:pStyle w:val="CharacterCue"/>
        <w:ind w:left="0" w:right="0" w:firstLine="0"/>
        <w:jc w:val="left"/>
      </w:pPr>
      <w:r>
        <w:rPr>
          <w:rFonts w:ascii="Arial" w:hAnsi="Arial"/>
          <w:b/>
          <w:color w:val="000000"/>
          <w:sz w:val="32"/>
        </w:rPr>
        <w:t>FORTUNE</w:t>
      </w:r>
      <w:r>
        <w:rPr>
          <w:rFonts w:ascii="Times New Roman" w:hAnsi="Times New Roman"/>
          <w:i/>
          <w:color w:val="000000"/>
          <w:sz w:val="32"/>
        </w:rPr>
        <w:t xml:space="preserve"> (Coming back)</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Yes — St. Tropez, painting. In St. Tropez, in France, I heard Ethel was pregnant with Peter.</w:t>
      </w:r>
    </w:p>
    <w:p>
      <w:pPr>
        <w:pStyle w:val="StageDirection"/>
        <w:ind w:left="0" w:right="0" w:firstLine="0"/>
        <w:jc w:val="left"/>
      </w:pPr>
      <w:r>
        <w:rPr>
          <w:rFonts w:ascii="Times New Roman" w:hAnsi="Times New Roman"/>
          <w:i/>
          <w:color w:val="000000"/>
          <w:sz w:val="32"/>
        </w:rPr>
        <w:t>(Smiles.)</w:t>
      </w:r>
    </w:p>
    <w:p>
      <w:pPr>
        <w:ind w:left="0" w:right="0" w:firstLine="0"/>
        <w:jc w:val="left"/>
      </w:pPr>
      <w:r>
        <w:rPr>
          <w:rFonts w:ascii="Times New Roman" w:hAnsi="Times New Roman"/>
          <w:i w:val="0"/>
          <w:color w:val="000000"/>
          <w:sz w:val="32"/>
        </w:rPr>
        <w:t>Well, anyone who forgets her paint box, there's no telling. I knew our friendship would never be the same. She had another life now.</w:t>
      </w:r>
    </w:p>
    <w:p>
      <w:pPr>
        <w:pStyle w:val="StageDirection"/>
        <w:ind w:left="0" w:right="0" w:firstLine="0"/>
        <w:jc w:val="left"/>
      </w:pPr>
      <w:r>
        <w:rPr>
          <w:rFonts w:ascii="Times New Roman" w:hAnsi="Times New Roman"/>
          <w:i/>
          <w:color w:val="000000"/>
          <w:sz w:val="32"/>
        </w:rPr>
        <w:t>(Pause. Bishop O’Hara shifts uncomfortably in his chair. A slight inclination of her head toward him.)</w:t>
      </w:r>
    </w:p>
    <w:p>
      <w:pPr>
        <w:ind w:left="0" w:right="0" w:firstLine="0"/>
        <w:jc w:val="left"/>
      </w:pPr>
      <w:r>
        <w:rPr>
          <w:rFonts w:ascii="Times New Roman" w:hAnsi="Times New Roman"/>
          <w:i w:val="0"/>
          <w:color w:val="000000"/>
          <w:sz w:val="32"/>
        </w:rPr>
        <w:t>Selfish of me, of course.</w:t>
      </w:r>
    </w:p>
    <w:p>
      <w:pPr>
        <w:pStyle w:val="StageDirection"/>
        <w:ind w:left="0" w:right="0" w:firstLine="0"/>
        <w:jc w:val="left"/>
      </w:pPr>
      <w:r>
        <w:rPr>
          <w:rFonts w:ascii="Times New Roman" w:hAnsi="Times New Roman"/>
          <w:i/>
          <w:color w:val="000000"/>
          <w:sz w:val="32"/>
        </w:rPr>
        <w:t>(Suddenly animated.)</w:t>
      </w:r>
    </w:p>
    <w:p>
      <w:pPr>
        <w:ind w:left="0" w:right="0" w:firstLine="0"/>
        <w:jc w:val="left"/>
      </w:pPr>
      <w:r>
        <w:rPr>
          <w:rFonts w:ascii="Times New Roman" w:hAnsi="Times New Roman"/>
          <w:i w:val="0"/>
          <w:color w:val="000000"/>
          <w:sz w:val="32"/>
        </w:rPr>
        <w:t>Do you know, if you get lost in the Sierra, there is a hut... named in Peter's honor... by the Sierra Club... where you can find food and blankets. It's called “Peter’s Hut.” It’s saved lives.</w:t>
      </w:r>
    </w:p>
    <w:p>
      <w:pPr>
        <w:pStyle w:val="StageDirection"/>
        <w:ind w:left="0" w:right="0" w:firstLine="0"/>
        <w:jc w:val="left"/>
      </w:pPr>
      <w:r>
        <w:rPr>
          <w:rFonts w:ascii="Times New Roman" w:hAnsi="Times New Roman"/>
          <w:i/>
          <w:color w:val="000000"/>
          <w:sz w:val="32"/>
        </w:rPr>
        <w:t>(#51 Slide.)</w:t>
      </w:r>
    </w:p>
    <w:p>
      <w:pPr>
        <w:ind w:left="0" w:right="0" w:firstLine="0"/>
        <w:jc w:val="left"/>
      </w:pPr>
      <w:r>
        <w:rPr>
          <w:rFonts w:ascii="Times New Roman" w:hAnsi="Times New Roman"/>
          <w:i w:val="0"/>
          <w:color w:val="000000"/>
          <w:sz w:val="32"/>
        </w:rPr>
        <w:t>A mountain in the Sierra. Note the notch. A climber wrote... the rock’s “metaphoric”... One must “hold the rock together with one hand while climbing it with the other...”</w:t>
      </w:r>
    </w:p>
    <w:p>
      <w:pPr>
        <w:pStyle w:val="StageDirection"/>
        <w:ind w:left="0" w:right="0" w:firstLine="0"/>
        <w:jc w:val="left"/>
      </w:pPr>
      <w:r>
        <w:rPr>
          <w:rFonts w:ascii="Times New Roman" w:hAnsi="Times New Roman"/>
          <w:i/>
          <w:color w:val="000000"/>
          <w:sz w:val="32"/>
        </w:rPr>
        <w:t>(Smiles, proud.)</w:t>
      </w:r>
    </w:p>
    <w:p>
      <w:pPr>
        <w:ind w:left="0" w:right="0" w:firstLine="0"/>
        <w:jc w:val="left"/>
      </w:pPr>
      <w:r>
        <w:rPr>
          <w:rFonts w:ascii="Times New Roman" w:hAnsi="Times New Roman"/>
          <w:i w:val="0"/>
          <w:color w:val="000000"/>
          <w:sz w:val="32"/>
        </w:rPr>
        <w:t>Wonderful imagery — written by Peter! Holding together, climbing — trying to ascend — man's plight. The mountain’s named for Peter... Perhaps someday I’ll visit and paint it... I do miss doing landscapes.</w:t>
      </w:r>
    </w:p>
    <w:p>
      <w:pPr>
        <w:pStyle w:val="StageDirection"/>
        <w:ind w:left="0" w:right="0" w:firstLine="0"/>
        <w:jc w:val="left"/>
      </w:pPr>
      <w:r>
        <w:rPr>
          <w:rFonts w:ascii="Times New Roman" w:hAnsi="Times New Roman"/>
          <w:i/>
          <w:color w:val="000000"/>
          <w:sz w:val="32"/>
        </w:rPr>
        <w:t>(#52 Slide — Ethel as a mature woman.)</w:t>
      </w:r>
    </w:p>
    <w:p>
      <w:pPr>
        <w:ind w:left="0" w:right="0" w:firstLine="0"/>
        <w:jc w:val="left"/>
      </w:pPr>
      <w:r>
        <w:rPr>
          <w:rFonts w:ascii="Times New Roman" w:hAnsi="Times New Roman"/>
          <w:i w:val="0"/>
          <w:color w:val="000000"/>
          <w:sz w:val="32"/>
        </w:rPr>
        <w:t>Ethel.</w:t>
      </w:r>
    </w:p>
    <w:p>
      <w:pPr>
        <w:ind w:left="0" w:right="0" w:firstLine="0"/>
        <w:jc w:val="left"/>
      </w:pPr>
      <w:r>
        <w:rPr>
          <w:rFonts w:ascii="Times New Roman" w:hAnsi="Times New Roman"/>
          <w:i w:val="0"/>
          <w:color w:val="000000"/>
          <w:sz w:val="32"/>
        </w:rPr>
        <w:t>Note her eyes looking down...</w:t>
      </w:r>
    </w:p>
    <w:p>
      <w:pPr>
        <w:ind w:left="0" w:right="0" w:firstLine="0"/>
        <w:jc w:val="left"/>
      </w:pPr>
      <w:r>
        <w:rPr>
          <w:rFonts w:ascii="Times New Roman" w:hAnsi="Times New Roman"/>
          <w:i w:val="0"/>
          <w:color w:val="000000"/>
          <w:sz w:val="32"/>
        </w:rPr>
        <w:t>The light coming from the right... softening her profile... The person who took this was a good photographer, understands light and composition.</w:t>
      </w:r>
    </w:p>
    <w:p>
      <w:pPr>
        <w:pStyle w:val="StageDirection"/>
        <w:ind w:left="0" w:right="0" w:firstLine="0"/>
        <w:jc w:val="left"/>
      </w:pPr>
      <w:r>
        <w:rPr>
          <w:rFonts w:ascii="Times New Roman" w:hAnsi="Times New Roman"/>
          <w:i/>
          <w:color w:val="000000"/>
          <w:sz w:val="32"/>
        </w:rPr>
        <w:t>(Sighs.)</w:t>
      </w:r>
    </w:p>
    <w:p>
      <w:pPr>
        <w:ind w:left="0" w:right="0" w:firstLine="0"/>
        <w:jc w:val="left"/>
      </w:pPr>
      <w:r>
        <w:rPr>
          <w:rFonts w:ascii="Times New Roman" w:hAnsi="Times New Roman"/>
          <w:i w:val="0"/>
          <w:color w:val="000000"/>
          <w:sz w:val="32"/>
        </w:rPr>
        <w:t>... I must admit, I've railed against photography. Threatened, perhaps. But this is a moving picture, taken some time after Ethel learned...</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of Peter's death...</w:t>
      </w:r>
    </w:p>
    <w:p>
      <w:pPr>
        <w:ind w:left="0" w:right="0" w:firstLine="0"/>
        <w:jc w:val="left"/>
      </w:pPr>
      <w:r>
        <w:rPr>
          <w:rFonts w:ascii="Times New Roman" w:hAnsi="Times New Roman"/>
          <w:i w:val="0"/>
          <w:color w:val="000000"/>
          <w:sz w:val="32"/>
        </w:rPr>
        <w:t>... the sadness in her eyes, like the Virgin’s in the fresco I showed you earlier.</w:t>
      </w:r>
    </w:p>
    <w:p>
      <w:pPr>
        <w:pStyle w:val="StageDirection"/>
        <w:ind w:left="0" w:right="0" w:firstLine="0"/>
        <w:jc w:val="left"/>
      </w:pPr>
      <w:r>
        <w:rPr>
          <w:rFonts w:ascii="Times New Roman" w:hAnsi="Times New Roman"/>
          <w:i/>
          <w:color w:val="000000"/>
          <w:sz w:val="32"/>
        </w:rPr>
        <w:t>(Pause, gathers herself, then #53 Slide of a young man.)</w:t>
      </w:r>
    </w:p>
    <w:p>
      <w:pPr>
        <w:ind w:left="0" w:right="0" w:firstLine="0"/>
        <w:jc w:val="left"/>
      </w:pPr>
      <w:r>
        <w:rPr>
          <w:rFonts w:ascii="Times New Roman" w:hAnsi="Times New Roman"/>
          <w:i w:val="0"/>
          <w:color w:val="000000"/>
          <w:sz w:val="32"/>
        </w:rPr>
        <w:t>This taken of Peter, shortly before he died...</w:t>
      </w:r>
    </w:p>
    <w:p>
      <w:pPr>
        <w:ind w:left="0" w:right="0" w:firstLine="0"/>
        <w:jc w:val="left"/>
      </w:pPr>
      <w:r>
        <w:rPr>
          <w:rFonts w:ascii="Times New Roman" w:hAnsi="Times New Roman"/>
          <w:i w:val="0"/>
          <w:color w:val="000000"/>
          <w:sz w:val="32"/>
        </w:rPr>
        <w:t>... so long ago, somewhere in Europe, after I’d returned home... All those years in France and St. Ives and Fife, when I might have been of use... could have rushed to his side... but he was alone at the end, his extra parent of no help...</w:t>
      </w:r>
    </w:p>
    <w:p>
      <w:pPr>
        <w:ind w:left="0" w:right="0" w:firstLine="0"/>
        <w:jc w:val="left"/>
      </w:pPr>
      <w:r>
        <w:rPr>
          <w:rFonts w:ascii="Times New Roman" w:hAnsi="Times New Roman"/>
          <w:i w:val="0"/>
          <w:color w:val="000000"/>
          <w:sz w:val="32"/>
        </w:rPr>
        <w:t>... an educational trip... before college... We still don't know how he died... just eighteen... a mystery...</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I think of Pieter Claesz losing his son...</w:t>
      </w:r>
    </w:p>
    <w:p>
      <w:pPr>
        <w:ind w:left="0" w:right="0" w:firstLine="0"/>
        <w:jc w:val="left"/>
      </w:pPr>
      <w:r>
        <w:rPr>
          <w:rFonts w:ascii="Times New Roman" w:hAnsi="Times New Roman"/>
          <w:i w:val="0"/>
          <w:color w:val="000000"/>
          <w:sz w:val="32"/>
        </w:rPr>
        <w:t>... Saint Catherine's father...</w:t>
      </w:r>
    </w:p>
    <w:p>
      <w:pPr>
        <w:ind w:left="0" w:right="0" w:firstLine="0"/>
        <w:jc w:val="left"/>
      </w:pPr>
      <w:r>
        <w:rPr>
          <w:rFonts w:ascii="Times New Roman" w:hAnsi="Times New Roman"/>
          <w:i w:val="0"/>
          <w:color w:val="000000"/>
          <w:sz w:val="32"/>
        </w:rPr>
        <w:t>... the mothers and wives of the Irish and Monterey fishermen...</w:t>
      </w:r>
    </w:p>
    <w:p>
      <w:pPr>
        <w:ind w:left="0" w:right="0" w:firstLine="0"/>
        <w:jc w:val="left"/>
      </w:pPr>
      <w:r>
        <w:rPr>
          <w:rFonts w:ascii="Times New Roman" w:hAnsi="Times New Roman"/>
          <w:i w:val="0"/>
          <w:color w:val="000000"/>
          <w:sz w:val="32"/>
        </w:rPr>
        <w:t>... they “do be leaving things behind for them that do be old”...”</w:t>
      </w:r>
    </w:p>
    <w:p>
      <w:pPr>
        <w:ind w:left="0" w:right="0" w:firstLine="0"/>
        <w:jc w:val="left"/>
      </w:pPr>
      <w:r>
        <w:rPr>
          <w:rFonts w:ascii="Times New Roman" w:hAnsi="Times New Roman"/>
          <w:i w:val="0"/>
          <w:color w:val="000000"/>
          <w:sz w:val="32"/>
        </w:rPr>
        <w:t>Synge, remember? Edwin's favorite Irish writer.</w:t>
      </w:r>
    </w:p>
    <w:p>
      <w:pPr>
        <w:pStyle w:val="StageDirection"/>
        <w:ind w:left="0" w:right="0" w:firstLine="0"/>
        <w:jc w:val="left"/>
      </w:pPr>
      <w:r>
        <w:rPr>
          <w:rFonts w:ascii="Times New Roman" w:hAnsi="Times New Roman"/>
          <w:i/>
          <w:color w:val="000000"/>
          <w:sz w:val="32"/>
        </w:rPr>
        <w:t>(Looks at him.)</w:t>
      </w:r>
    </w:p>
    <w:p>
      <w:pPr>
        <w:pStyle w:val="CharacterCue"/>
        <w:ind w:left="0" w:right="0" w:firstLine="0"/>
        <w:jc w:val="left"/>
      </w:pPr>
      <w:r>
        <w:rPr>
          <w:rFonts w:ascii="Arial" w:hAnsi="Arial"/>
          <w:b/>
          <w:color w:val="000000"/>
          <w:sz w:val="32"/>
        </w:rPr>
        <w:t>BISHOP O’HARA</w:t>
      </w:r>
      <w:r>
        <w:rPr>
          <w:rFonts w:ascii="Times New Roman" w:hAnsi="Times New Roman"/>
          <w:i/>
          <w:color w:val="000000"/>
          <w:sz w:val="32"/>
        </w:rPr>
        <w:t xml:space="preserve"> (Smiles, softly)</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O'Casey, too.</w:t>
      </w:r>
    </w:p>
    <w:p>
      <w:pPr>
        <w:pStyle w:val="CharacterCue"/>
        <w:ind w:left="0" w:right="0" w:firstLine="0"/>
        <w:jc w:val="left"/>
      </w:pPr>
      <w:r>
        <w:rPr>
          <w:rFonts w:ascii="Arial" w:hAnsi="Arial"/>
          <w:b/>
          <w:color w:val="000000"/>
          <w:sz w:val="32"/>
        </w:rPr>
        <w:t>FORTUNE</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Of course — O’Casey, too... I never did box Peter's ears.</w:t>
      </w:r>
    </w:p>
    <w:p>
      <w:pPr>
        <w:pStyle w:val="StageDirection"/>
        <w:ind w:left="0" w:right="0" w:firstLine="0"/>
        <w:jc w:val="left"/>
      </w:pPr>
      <w:r>
        <w:rPr>
          <w:rFonts w:ascii="Times New Roman" w:hAnsi="Times New Roman"/>
          <w:i/>
          <w:color w:val="000000"/>
          <w:sz w:val="32"/>
        </w:rPr>
        <w:t>(Pause. Smiles.)</w:t>
      </w:r>
    </w:p>
    <w:p>
      <w:pPr>
        <w:ind w:left="0" w:right="0" w:firstLine="0"/>
        <w:jc w:val="left"/>
      </w:pPr>
      <w:r>
        <w:rPr>
          <w:rFonts w:ascii="Times New Roman" w:hAnsi="Times New Roman"/>
          <w:i w:val="0"/>
          <w:color w:val="000000"/>
          <w:sz w:val="32"/>
        </w:rPr>
        <w:t>Wish I had...</w:t>
      </w:r>
    </w:p>
    <w:p>
      <w:pPr>
        <w:ind w:left="0" w:right="0" w:firstLine="0"/>
        <w:jc w:val="left"/>
      </w:pPr>
      <w:r>
        <w:rPr>
          <w:rFonts w:ascii="Times New Roman" w:hAnsi="Times New Roman"/>
          <w:i w:val="0"/>
          <w:color w:val="000000"/>
          <w:sz w:val="32"/>
        </w:rPr>
        <w:t>Think I frightened him a bit, though; he was always on his best behavior around me...</w:t>
      </w:r>
    </w:p>
    <w:p>
      <w:pPr>
        <w:ind w:left="0" w:right="0" w:firstLine="0"/>
        <w:jc w:val="left"/>
      </w:pPr>
      <w:r>
        <w:rPr>
          <w:rFonts w:ascii="Times New Roman" w:hAnsi="Times New Roman"/>
          <w:i w:val="0"/>
          <w:color w:val="000000"/>
          <w:sz w:val="32"/>
        </w:rPr>
        <w:t>Though he never shied from me, as other children did, those children in St. Ives. I was so afraid he would.</w:t>
      </w:r>
    </w:p>
    <w:p>
      <w:pPr>
        <w:ind w:left="0" w:right="0" w:firstLine="0"/>
        <w:jc w:val="left"/>
      </w:pPr>
      <w:r>
        <w:rPr>
          <w:rFonts w:ascii="Times New Roman" w:hAnsi="Times New Roman"/>
          <w:i w:val="0"/>
          <w:color w:val="000000"/>
          <w:sz w:val="32"/>
        </w:rPr>
        <w:t>Why I loved him so much, I suppose — and because he was Ethel’s child.</w:t>
      </w:r>
    </w:p>
    <w:p>
      <w:pPr>
        <w:pStyle w:val="StageDirection"/>
        <w:ind w:left="0" w:right="0" w:firstLine="0"/>
        <w:jc w:val="left"/>
      </w:pPr>
      <w:r>
        <w:rPr>
          <w:rFonts w:ascii="Times New Roman" w:hAnsi="Times New Roman"/>
          <w:i/>
          <w:color w:val="000000"/>
          <w:sz w:val="32"/>
        </w:rPr>
        <w:t>(Pause. #54 Slide, Ethel again,)</w:t>
      </w:r>
    </w:p>
    <w:p>
      <w:pPr>
        <w:ind w:left="0" w:right="0" w:firstLine="0"/>
        <w:jc w:val="left"/>
      </w:pPr>
      <w:r>
        <w:rPr>
          <w:rFonts w:ascii="Times New Roman" w:hAnsi="Times New Roman"/>
          <w:i w:val="0"/>
          <w:color w:val="000000"/>
          <w:sz w:val="32"/>
        </w:rPr>
        <w:t>So, we lost Ethel too.</w:t>
      </w:r>
    </w:p>
    <w:p>
      <w:pPr>
        <w:ind w:left="0" w:right="0" w:firstLine="0"/>
        <w:jc w:val="left"/>
      </w:pPr>
      <w:r>
        <w:rPr>
          <w:rFonts w:ascii="Times New Roman" w:hAnsi="Times New Roman"/>
          <w:i w:val="0"/>
          <w:color w:val="000000"/>
          <w:sz w:val="32"/>
        </w:rPr>
        <w:t>... she abandoned her faith... a Protestant... a proud Episcopalian...</w:t>
      </w:r>
    </w:p>
    <w:p>
      <w:pPr>
        <w:pStyle w:val="StageDirection"/>
        <w:ind w:left="0" w:right="0" w:firstLine="0"/>
        <w:jc w:val="left"/>
      </w:pPr>
      <w:r>
        <w:rPr>
          <w:rFonts w:ascii="Times New Roman" w:hAnsi="Times New Roman"/>
          <w:i/>
          <w:color w:val="000000"/>
          <w:sz w:val="32"/>
        </w:rPr>
        <w:t>(A glance toward Bishop O’Hara.)</w:t>
      </w:r>
    </w:p>
    <w:p>
      <w:pPr>
        <w:ind w:left="0" w:right="0" w:firstLine="0"/>
        <w:jc w:val="left"/>
      </w:pPr>
      <w:r>
        <w:rPr>
          <w:rFonts w:ascii="Times New Roman" w:hAnsi="Times New Roman"/>
          <w:i w:val="0"/>
          <w:color w:val="000000"/>
          <w:sz w:val="32"/>
        </w:rPr>
        <w:t>Can a Catholic be godmother to a Protestant?</w:t>
      </w:r>
    </w:p>
    <w:p>
      <w:pPr>
        <w:ind w:left="0" w:right="0" w:firstLine="0"/>
        <w:jc w:val="left"/>
      </w:pPr>
      <w:r>
        <w:rPr>
          <w:rFonts w:ascii="Times New Roman" w:hAnsi="Times New Roman"/>
          <w:i w:val="0"/>
          <w:color w:val="000000"/>
          <w:sz w:val="32"/>
        </w:rPr>
        <w:t>Awkward, but... if a Catholic can model a corset... a Protestant lay a brick... why then... such miracles... it can be done...</w:t>
      </w:r>
    </w:p>
    <w:p>
      <w:pPr>
        <w:ind w:left="0" w:right="0" w:firstLine="0"/>
        <w:jc w:val="left"/>
      </w:pPr>
      <w:r>
        <w:rPr>
          <w:rFonts w:ascii="Times New Roman" w:hAnsi="Times New Roman"/>
          <w:i w:val="0"/>
          <w:color w:val="000000"/>
          <w:sz w:val="32"/>
        </w:rPr>
        <w:t>So, Ethel consulted mystics... some dark spirits in search of Peter... she became... well... removed from her family... others... from me... we had no meeting point...</w:t>
      </w:r>
    </w:p>
    <w:p>
      <w:pPr>
        <w:ind w:left="0" w:right="0" w:firstLine="0"/>
        <w:jc w:val="left"/>
      </w:pPr>
      <w:r>
        <w:rPr>
          <w:rFonts w:ascii="Times New Roman" w:hAnsi="Times New Roman"/>
          <w:i w:val="0"/>
          <w:color w:val="000000"/>
          <w:sz w:val="32"/>
        </w:rPr>
        <w:t>... she could no longer enter my world, nor I hers...</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 when you have such grief...</w:t>
      </w:r>
    </w:p>
    <w:p>
      <w:pPr>
        <w:pStyle w:val="StageDirection"/>
        <w:ind w:left="0" w:right="0" w:firstLine="0"/>
        <w:jc w:val="left"/>
      </w:pPr>
      <w:r>
        <w:rPr>
          <w:rFonts w:ascii="Times New Roman" w:hAnsi="Times New Roman"/>
          <w:i/>
          <w:color w:val="000000"/>
          <w:sz w:val="32"/>
        </w:rPr>
        <w:t>(Pause.)</w:t>
      </w:r>
    </w:p>
    <w:p>
      <w:pPr>
        <w:pStyle w:val="StageDirection"/>
        <w:ind w:left="0" w:right="0" w:firstLine="0"/>
        <w:jc w:val="left"/>
      </w:pPr>
      <w:r>
        <w:rPr>
          <w:rFonts w:ascii="Times New Roman" w:hAnsi="Times New Roman"/>
          <w:i/>
          <w:color w:val="000000"/>
          <w:sz w:val="32"/>
        </w:rPr>
        <w:t>(#55 Slide, her “Artists at Work.”)</w:t>
      </w:r>
    </w:p>
    <w:p>
      <w:pPr>
        <w:ind w:left="0" w:right="0" w:firstLine="0"/>
        <w:jc w:val="left"/>
      </w:pPr>
      <w:r>
        <w:rPr>
          <w:rFonts w:ascii="Times New Roman" w:hAnsi="Times New Roman"/>
          <w:i w:val="0"/>
          <w:color w:val="000000"/>
          <w:sz w:val="32"/>
        </w:rPr>
        <w:t>I couldn't bear thinking of her that way, so this painting...</w:t>
      </w:r>
    </w:p>
    <w:p>
      <w:pPr>
        <w:ind w:left="0" w:right="0" w:firstLine="0"/>
        <w:jc w:val="left"/>
      </w:pPr>
      <w:r>
        <w:rPr>
          <w:rFonts w:ascii="Times New Roman" w:hAnsi="Times New Roman"/>
          <w:i w:val="0"/>
          <w:color w:val="000000"/>
          <w:sz w:val="32"/>
        </w:rPr>
        <w:t>Ethel and me, in the early days.</w:t>
      </w:r>
    </w:p>
    <w:p>
      <w:pPr>
        <w:ind w:left="0" w:right="0" w:firstLine="0"/>
        <w:jc w:val="left"/>
      </w:pPr>
      <w:r>
        <w:rPr>
          <w:rFonts w:ascii="Times New Roman" w:hAnsi="Times New Roman"/>
          <w:i w:val="0"/>
          <w:color w:val="000000"/>
          <w:sz w:val="32"/>
        </w:rPr>
        <w:t>Finished it just days ago, paint still wet, haven't even shown it to Edwin.</w:t>
      </w:r>
    </w:p>
    <w:p>
      <w:pPr>
        <w:ind w:left="0" w:right="0" w:firstLine="0"/>
        <w:jc w:val="left"/>
      </w:pPr>
      <w:r>
        <w:rPr>
          <w:rFonts w:ascii="Times New Roman" w:hAnsi="Times New Roman"/>
          <w:i w:val="0"/>
          <w:color w:val="000000"/>
          <w:sz w:val="32"/>
        </w:rPr>
        <w:t>Hadn’t done a painting like this — an ‘Impressionistic’ painting — in years. Almost forgotten how. Bit clumsy, but the artist’s heart’s in the right place.</w:t>
      </w:r>
    </w:p>
    <w:p>
      <w:pPr>
        <w:ind w:left="0" w:right="0" w:firstLine="0"/>
        <w:jc w:val="left"/>
      </w:pPr>
      <w:r>
        <w:rPr>
          <w:rFonts w:ascii="Times New Roman" w:hAnsi="Times New Roman"/>
          <w:i w:val="0"/>
          <w:color w:val="000000"/>
          <w:sz w:val="32"/>
        </w:rPr>
        <w:t>And that should count.</w:t>
      </w:r>
    </w:p>
    <w:p>
      <w:pPr>
        <w:pStyle w:val="StageDirection"/>
        <w:ind w:left="0" w:right="0" w:firstLine="0"/>
        <w:jc w:val="left"/>
      </w:pPr>
      <w:r>
        <w:rPr>
          <w:rFonts w:ascii="Times New Roman" w:hAnsi="Times New Roman"/>
          <w:i/>
          <w:color w:val="000000"/>
          <w:sz w:val="32"/>
        </w:rPr>
        <w:t>(Looks at it.)</w:t>
      </w:r>
    </w:p>
    <w:p>
      <w:pPr>
        <w:ind w:left="0" w:right="0" w:firstLine="0"/>
        <w:jc w:val="left"/>
      </w:pPr>
      <w:r>
        <w:rPr>
          <w:rFonts w:ascii="Times New Roman" w:hAnsi="Times New Roman"/>
          <w:i w:val="0"/>
          <w:color w:val="000000"/>
          <w:sz w:val="32"/>
        </w:rPr>
        <w:t>We're painting together.</w:t>
      </w:r>
    </w:p>
    <w:p>
      <w:pPr>
        <w:ind w:left="0" w:right="0" w:firstLine="0"/>
        <w:jc w:val="left"/>
      </w:pPr>
      <w:r>
        <w:rPr>
          <w:rFonts w:ascii="Times New Roman" w:hAnsi="Times New Roman"/>
          <w:i w:val="0"/>
          <w:color w:val="000000"/>
          <w:sz w:val="32"/>
        </w:rPr>
        <w:t>Laughing.</w:t>
      </w:r>
    </w:p>
    <w:p>
      <w:pPr>
        <w:ind w:left="0" w:right="0" w:firstLine="0"/>
        <w:jc w:val="left"/>
      </w:pPr>
      <w:r>
        <w:rPr>
          <w:rFonts w:ascii="Times New Roman" w:hAnsi="Times New Roman"/>
          <w:i w:val="0"/>
          <w:color w:val="000000"/>
          <w:sz w:val="32"/>
        </w:rPr>
        <w:t>Was so proud in the painting of it — that I could recapture something of that time so long ago...</w:t>
      </w:r>
    </w:p>
    <w:p>
      <w:pPr>
        <w:ind w:left="0" w:right="0" w:firstLine="0"/>
        <w:jc w:val="left"/>
      </w:pPr>
      <w:r>
        <w:rPr>
          <w:rFonts w:ascii="Times New Roman" w:hAnsi="Times New Roman"/>
          <w:i w:val="0"/>
          <w:color w:val="000000"/>
          <w:sz w:val="32"/>
        </w:rPr>
        <w:t>We were happy then, and that’s enough.</w:t>
      </w:r>
    </w:p>
    <w:p>
      <w:pPr>
        <w:ind w:left="0" w:right="0" w:firstLine="0"/>
        <w:jc w:val="left"/>
      </w:pPr>
      <w:r>
        <w:rPr>
          <w:rFonts w:ascii="Times New Roman" w:hAnsi="Times New Roman"/>
          <w:i w:val="0"/>
          <w:color w:val="000000"/>
          <w:sz w:val="32"/>
        </w:rPr>
        <w:t>I remember that.</w:t>
      </w:r>
    </w:p>
    <w:p>
      <w:pPr>
        <w:pStyle w:val="StageDirection"/>
        <w:ind w:left="0" w:right="0" w:firstLine="0"/>
        <w:jc w:val="left"/>
      </w:pPr>
      <w:r>
        <w:rPr>
          <w:rFonts w:ascii="Times New Roman" w:hAnsi="Times New Roman"/>
          <w:i/>
          <w:color w:val="000000"/>
          <w:sz w:val="32"/>
        </w:rPr>
        <w:t>(Studies it. Lighting changes. She sings.)</w:t>
      </w:r>
    </w:p>
    <w:p>
      <w:pPr>
        <w:pStyle w:val="SongTitle"/>
        <w:ind w:left="0" w:right="0" w:firstLine="0"/>
        <w:jc w:val="left"/>
      </w:pPr>
      <w:r>
        <w:rPr>
          <w:rFonts w:ascii="Times New Roman" w:hAnsi="Times New Roman"/>
          <w:i/>
          <w:color w:val="000000"/>
          <w:sz w:val="32"/>
        </w:rPr>
        <w:t>“Song to Ethel”</w:t>
      </w:r>
    </w:p>
    <w:p>
      <w:pPr>
        <w:pStyle w:val="Song"/>
        <w:ind w:left="0" w:right="0" w:firstLine="0"/>
        <w:jc w:val="left"/>
      </w:pPr>
      <w:r>
        <w:rPr>
          <w:rFonts w:ascii="Times New Roman" w:hAnsi="Times New Roman"/>
          <w:color w:val="000000"/>
          <w:sz w:val="32"/>
        </w:rPr>
        <w:t>It was many years ago,</w:t>
      </w:r>
      <w:r>
        <w:rPr>
          <w:color w:val="000000"/>
          <w:sz w:val="32"/>
        </w:rPr>
        <w:br/>
      </w:r>
      <w:r>
        <w:rPr>
          <w:rFonts w:ascii="Times New Roman" w:hAnsi="Times New Roman"/>
          <w:color w:val="000000"/>
          <w:sz w:val="32"/>
        </w:rPr>
        <w:t>And I still remember Ethel,</w:t>
      </w:r>
      <w:r>
        <w:rPr>
          <w:color w:val="000000"/>
          <w:sz w:val="32"/>
        </w:rPr>
        <w:br/>
      </w:r>
      <w:r>
        <w:rPr>
          <w:rFonts w:ascii="Times New Roman" w:hAnsi="Times New Roman"/>
          <w:color w:val="000000"/>
          <w:sz w:val="32"/>
        </w:rPr>
        <w:t>Friends in arts when we were young,</w:t>
      </w:r>
      <w:r>
        <w:rPr>
          <w:color w:val="000000"/>
          <w:sz w:val="32"/>
        </w:rPr>
        <w:br/>
      </w:r>
      <w:r>
        <w:rPr>
          <w:rFonts w:ascii="Times New Roman" w:hAnsi="Times New Roman"/>
          <w:color w:val="000000"/>
          <w:sz w:val="32"/>
        </w:rPr>
        <w:t>Now it's almost lost in time,</w:t>
      </w:r>
      <w:r>
        <w:rPr>
          <w:color w:val="000000"/>
          <w:sz w:val="32"/>
        </w:rPr>
        <w:br/>
      </w:r>
      <w:r>
        <w:rPr>
          <w:rFonts w:ascii="Times New Roman" w:hAnsi="Times New Roman"/>
          <w:color w:val="000000"/>
          <w:sz w:val="32"/>
        </w:rPr>
        <w:t>Tell me why I still remember?</w:t>
      </w:r>
    </w:p>
    <w:p>
      <w:pPr>
        <w:pStyle w:val="Song"/>
        <w:ind w:left="0" w:right="0" w:firstLine="0"/>
        <w:jc w:val="left"/>
      </w:pPr>
      <w:r>
        <w:rPr>
          <w:rFonts w:ascii="Times New Roman" w:hAnsi="Times New Roman"/>
          <w:color w:val="000000"/>
          <w:sz w:val="32"/>
        </w:rPr>
        <w:t>I remember we were painting</w:t>
      </w:r>
      <w:r>
        <w:rPr>
          <w:color w:val="000000"/>
          <w:sz w:val="32"/>
        </w:rPr>
        <w:br/>
      </w:r>
      <w:r>
        <w:rPr>
          <w:rFonts w:ascii="Times New Roman" w:hAnsi="Times New Roman"/>
          <w:color w:val="000000"/>
          <w:sz w:val="32"/>
        </w:rPr>
        <w:t>Crimson flowers on the meadow,</w:t>
      </w:r>
      <w:r>
        <w:rPr>
          <w:color w:val="000000"/>
          <w:sz w:val="32"/>
        </w:rPr>
        <w:br/>
      </w:r>
      <w:r>
        <w:rPr>
          <w:rFonts w:ascii="Times New Roman" w:hAnsi="Times New Roman"/>
          <w:color w:val="000000"/>
          <w:sz w:val="32"/>
        </w:rPr>
        <w:t>We were sitting holding hands,</w:t>
      </w:r>
      <w:r>
        <w:rPr>
          <w:color w:val="000000"/>
          <w:sz w:val="32"/>
        </w:rPr>
        <w:br/>
      </w:r>
      <w:r>
        <w:rPr>
          <w:rFonts w:ascii="Times New Roman" w:hAnsi="Times New Roman"/>
          <w:color w:val="000000"/>
          <w:sz w:val="32"/>
        </w:rPr>
        <w:t>Lonely tree, forgotten clouds,</w:t>
      </w:r>
      <w:r>
        <w:rPr>
          <w:color w:val="000000"/>
          <w:sz w:val="32"/>
        </w:rPr>
        <w:br/>
      </w:r>
      <w:r>
        <w:rPr>
          <w:rFonts w:ascii="Times New Roman" w:hAnsi="Times New Roman"/>
          <w:color w:val="000000"/>
          <w:sz w:val="32"/>
        </w:rPr>
        <w:t>Overlooking quiet village.</w:t>
      </w:r>
    </w:p>
    <w:p>
      <w:pPr>
        <w:pStyle w:val="Song"/>
        <w:ind w:left="0" w:right="0" w:firstLine="0"/>
        <w:jc w:val="left"/>
      </w:pPr>
      <w:r>
        <w:rPr>
          <w:rFonts w:ascii="Times New Roman" w:hAnsi="Times New Roman"/>
          <w:color w:val="000000"/>
          <w:sz w:val="32"/>
        </w:rPr>
        <w:t>All of it, it is all lost in time,</w:t>
      </w:r>
      <w:r>
        <w:rPr>
          <w:color w:val="000000"/>
          <w:sz w:val="32"/>
        </w:rPr>
        <w:br/>
      </w:r>
      <w:r>
        <w:rPr>
          <w:rFonts w:ascii="Times New Roman" w:hAnsi="Times New Roman"/>
          <w:color w:val="000000"/>
          <w:sz w:val="32"/>
        </w:rPr>
        <w:t>Every tiny flower, every cloud in the sky,</w:t>
      </w:r>
      <w:r>
        <w:rPr>
          <w:color w:val="000000"/>
          <w:sz w:val="32"/>
        </w:rPr>
        <w:br/>
      </w:r>
      <w:r>
        <w:rPr>
          <w:rFonts w:ascii="Times New Roman" w:hAnsi="Times New Roman"/>
          <w:color w:val="000000"/>
          <w:sz w:val="32"/>
        </w:rPr>
        <w:t>But we are forever friends,</w:t>
      </w:r>
      <w:r>
        <w:rPr>
          <w:color w:val="000000"/>
          <w:sz w:val="32"/>
        </w:rPr>
        <w:br/>
      </w:r>
      <w:r>
        <w:rPr>
          <w:rFonts w:ascii="Times New Roman" w:hAnsi="Times New Roman"/>
          <w:color w:val="000000"/>
          <w:sz w:val="32"/>
        </w:rPr>
        <w:t>And I know, I do love dearly you,</w:t>
      </w:r>
      <w:r>
        <w:rPr>
          <w:color w:val="000000"/>
          <w:sz w:val="32"/>
        </w:rPr>
        <w:br/>
      </w:r>
      <w:r>
        <w:rPr>
          <w:rFonts w:ascii="Times New Roman" w:hAnsi="Times New Roman"/>
          <w:color w:val="000000"/>
          <w:sz w:val="32"/>
        </w:rPr>
        <w:t>I promise that I do.</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Painted so many years after, because time’s needed...</w:t>
      </w:r>
    </w:p>
    <w:p>
      <w:pPr>
        <w:ind w:left="0" w:right="0" w:firstLine="0"/>
        <w:jc w:val="left"/>
      </w:pPr>
      <w:r>
        <w:rPr>
          <w:rFonts w:ascii="Times New Roman" w:hAnsi="Times New Roman"/>
          <w:i w:val="0"/>
          <w:color w:val="000000"/>
          <w:sz w:val="32"/>
        </w:rPr>
        <w:t>... remember... to distill ideas and emotions...</w:t>
      </w:r>
    </w:p>
    <w:p>
      <w:pPr>
        <w:pStyle w:val="StageDirection"/>
        <w:ind w:left="0" w:right="0" w:firstLine="0"/>
        <w:jc w:val="left"/>
      </w:pPr>
      <w:r>
        <w:rPr>
          <w:rFonts w:ascii="Times New Roman" w:hAnsi="Times New Roman"/>
          <w:i/>
          <w:color w:val="000000"/>
          <w:sz w:val="32"/>
        </w:rPr>
        <w:t>(Pause, looks at Bishop O’Hara, smiles.)</w:t>
      </w:r>
    </w:p>
    <w:p>
      <w:pPr>
        <w:ind w:left="0" w:right="0" w:firstLine="0"/>
        <w:jc w:val="left"/>
      </w:pPr>
      <w:r>
        <w:rPr>
          <w:rFonts w:ascii="Times New Roman" w:hAnsi="Times New Roman"/>
          <w:i w:val="0"/>
          <w:color w:val="000000"/>
          <w:sz w:val="32"/>
        </w:rPr>
        <w:t>So, not sure, but didn't I just admit a photograph can be a work of art? ... that photograph of Ethel? ...</w:t>
      </w:r>
    </w:p>
    <w:p>
      <w:pPr>
        <w:pStyle w:val="StageDirection"/>
        <w:ind w:left="0" w:right="0" w:firstLine="0"/>
        <w:jc w:val="left"/>
      </w:pPr>
      <w:r>
        <w:rPr>
          <w:rFonts w:ascii="Times New Roman" w:hAnsi="Times New Roman"/>
          <w:i/>
          <w:color w:val="000000"/>
          <w:sz w:val="32"/>
        </w:rPr>
        <w:t>(Pleasantly surprised, looking front.)</w:t>
      </w:r>
    </w:p>
    <w:p>
      <w:pPr>
        <w:ind w:left="0" w:right="0" w:firstLine="0"/>
        <w:jc w:val="left"/>
      </w:pPr>
      <w:r>
        <w:rPr>
          <w:rFonts w:ascii="Times New Roman" w:hAnsi="Times New Roman"/>
          <w:i w:val="0"/>
          <w:color w:val="000000"/>
          <w:sz w:val="32"/>
        </w:rPr>
        <w:t>Think I did! That's something, isn't it? That I work at it...?</w:t>
      </w:r>
    </w:p>
    <w:p>
      <w:pPr>
        <w:ind w:left="0" w:right="0" w:firstLine="0"/>
        <w:jc w:val="left"/>
      </w:pPr>
      <w:r>
        <w:rPr>
          <w:rFonts w:ascii="Times New Roman" w:hAnsi="Times New Roman"/>
          <w:i w:val="0"/>
          <w:color w:val="000000"/>
          <w:sz w:val="32"/>
        </w:rPr>
        <w:t>Moving into the Twentieth Century...?</w:t>
      </w:r>
    </w:p>
    <w:p>
      <w:pPr>
        <w:ind w:left="0" w:right="0" w:firstLine="0"/>
        <w:jc w:val="left"/>
      </w:pPr>
      <w:r>
        <w:rPr>
          <w:rFonts w:ascii="Times New Roman" w:hAnsi="Times New Roman"/>
          <w:i w:val="0"/>
          <w:color w:val="000000"/>
          <w:sz w:val="32"/>
        </w:rPr>
        <w:t>Little late, but can be open-minded about what is and isn't art...</w:t>
      </w:r>
    </w:p>
    <w:p>
      <w:pPr>
        <w:pStyle w:val="StageDirection"/>
        <w:ind w:left="0" w:right="0" w:firstLine="0"/>
        <w:jc w:val="left"/>
      </w:pPr>
      <w:r>
        <w:rPr>
          <w:rFonts w:ascii="Times New Roman" w:hAnsi="Times New Roman"/>
          <w:i/>
          <w:color w:val="000000"/>
          <w:sz w:val="32"/>
        </w:rPr>
        <w:t>(Again, smiles at Bishop O’Hara.)</w:t>
      </w:r>
    </w:p>
    <w:p>
      <w:pPr>
        <w:ind w:left="0" w:right="0" w:firstLine="0"/>
        <w:jc w:val="left"/>
      </w:pPr>
      <w:r>
        <w:rPr>
          <w:rFonts w:ascii="Times New Roman" w:hAnsi="Times New Roman"/>
          <w:i w:val="0"/>
          <w:color w:val="000000"/>
          <w:sz w:val="32"/>
        </w:rPr>
        <w:t>We'll end with a liturgical piece... seen before...</w:t>
      </w:r>
    </w:p>
    <w:p>
      <w:pPr>
        <w:pStyle w:val="StageDirection"/>
        <w:ind w:left="0" w:right="0" w:firstLine="0"/>
        <w:jc w:val="left"/>
      </w:pPr>
      <w:r>
        <w:rPr>
          <w:rFonts w:ascii="Times New Roman" w:hAnsi="Times New Roman"/>
          <w:i/>
          <w:color w:val="000000"/>
          <w:sz w:val="32"/>
        </w:rPr>
        <w:t>(#56 Slide: her “Christ and His Disciples...” again.)</w:t>
      </w:r>
    </w:p>
    <w:p>
      <w:pPr>
        <w:ind w:left="0" w:right="0" w:firstLine="0"/>
        <w:jc w:val="left"/>
      </w:pPr>
      <w:r>
        <w:rPr>
          <w:rFonts w:ascii="Times New Roman" w:hAnsi="Times New Roman"/>
          <w:i w:val="0"/>
          <w:color w:val="000000"/>
          <w:sz w:val="32"/>
        </w:rPr>
        <w:t>... in honor of Edwin O’Hara, bishop of Kansas City.</w:t>
      </w:r>
    </w:p>
    <w:p>
      <w:pPr>
        <w:ind w:left="0" w:right="0" w:firstLine="0"/>
        <w:jc w:val="left"/>
      </w:pPr>
      <w:r>
        <w:rPr>
          <w:rFonts w:ascii="Times New Roman" w:hAnsi="Times New Roman"/>
          <w:i w:val="0"/>
          <w:color w:val="000000"/>
          <w:sz w:val="32"/>
        </w:rPr>
        <w:t>By a little-known artist who tries hard... God knows...</w:t>
      </w:r>
    </w:p>
    <w:p>
      <w:pPr>
        <w:pStyle w:val="StageDirection"/>
        <w:ind w:left="0" w:right="0" w:firstLine="0"/>
        <w:jc w:val="left"/>
      </w:pPr>
      <w:r>
        <w:rPr>
          <w:rFonts w:ascii="Times New Roman" w:hAnsi="Times New Roman"/>
          <w:i/>
          <w:color w:val="000000"/>
          <w:sz w:val="32"/>
        </w:rPr>
        <w:t>(Pause, measured.)</w:t>
      </w:r>
    </w:p>
    <w:p>
      <w:pPr>
        <w:ind w:left="0" w:right="0" w:firstLine="0"/>
        <w:jc w:val="left"/>
      </w:pPr>
      <w:r>
        <w:rPr>
          <w:rFonts w:ascii="Times New Roman" w:hAnsi="Times New Roman"/>
          <w:i w:val="0"/>
          <w:color w:val="000000"/>
          <w:sz w:val="32"/>
        </w:rPr>
        <w:t>Art’s our understanding of beauty...</w:t>
      </w:r>
    </w:p>
    <w:p>
      <w:pPr>
        <w:ind w:left="0" w:right="0" w:firstLine="0"/>
        <w:jc w:val="left"/>
      </w:pPr>
      <w:r>
        <w:rPr>
          <w:rFonts w:ascii="Times New Roman" w:hAnsi="Times New Roman"/>
          <w:i w:val="0"/>
          <w:color w:val="000000"/>
          <w:sz w:val="32"/>
        </w:rPr>
        <w:t>... as necessary today in the Church and in our daily lives... as it’s always been.</w:t>
      </w:r>
    </w:p>
    <w:p>
      <w:pPr>
        <w:pStyle w:val="StageDirection"/>
        <w:ind w:left="0" w:right="0" w:firstLine="0"/>
        <w:jc w:val="left"/>
      </w:pPr>
      <w:r>
        <w:rPr>
          <w:rFonts w:ascii="Times New Roman" w:hAnsi="Times New Roman"/>
          <w:i/>
          <w:color w:val="000000"/>
          <w:sz w:val="32"/>
        </w:rPr>
        <w:t>(Pause.)</w:t>
      </w:r>
    </w:p>
    <w:p>
      <w:pPr>
        <w:ind w:left="0" w:right="0" w:firstLine="0"/>
        <w:jc w:val="left"/>
      </w:pPr>
      <w:r>
        <w:rPr>
          <w:rFonts w:ascii="Times New Roman" w:hAnsi="Times New Roman"/>
          <w:i w:val="0"/>
          <w:color w:val="000000"/>
          <w:sz w:val="32"/>
        </w:rPr>
        <w:t>We'll meet in the lobby for tea... What do you say? ...</w:t>
      </w:r>
    </w:p>
    <w:p>
      <w:pPr>
        <w:ind w:left="0" w:right="0" w:firstLine="0"/>
        <w:jc w:val="left"/>
      </w:pPr>
      <w:r>
        <w:rPr>
          <w:rFonts w:ascii="Times New Roman" w:hAnsi="Times New Roman"/>
          <w:i w:val="0"/>
          <w:color w:val="000000"/>
          <w:sz w:val="32"/>
        </w:rPr>
        <w:t>Shall we? ...</w:t>
      </w:r>
    </w:p>
    <w:p>
      <w:pPr>
        <w:pStyle w:val="StageDirection"/>
        <w:ind w:left="0" w:right="0" w:firstLine="0"/>
        <w:jc w:val="left"/>
      </w:pPr>
      <w:r>
        <w:rPr>
          <w:rFonts w:ascii="Times New Roman" w:hAnsi="Times New Roman"/>
          <w:i/>
          <w:color w:val="000000"/>
          <w:sz w:val="32"/>
        </w:rPr>
        <w:t>(A final glance at the screen image, then she turns off the machine; the image of this painting fades slowly as Bishop O’Hara stands, offering his arm.)</w:t>
      </w:r>
    </w:p>
    <w:p>
      <w:pPr>
        <w:pStyle w:val="CharacterCue"/>
        <w:ind w:left="0" w:right="0" w:firstLine="0"/>
        <w:jc w:val="left"/>
      </w:pPr>
      <w:r>
        <w:rPr>
          <w:rFonts w:ascii="Arial" w:hAnsi="Arial"/>
          <w:b/>
          <w:color w:val="000000"/>
          <w:sz w:val="32"/>
        </w:rPr>
        <w:t>BISHOP O’HARA</w:t>
      </w:r>
      <w:r>
        <w:rPr>
          <w:rFonts w:ascii="Times New Roman" w:hAnsi="Times New Roman"/>
          <w:color w:val="000000"/>
          <w:sz w:val="32"/>
        </w:rPr>
        <w:t>:</w:t>
      </w:r>
      <w:r>
        <w:rPr>
          <w:color w:val="000000"/>
          <w:sz w:val="32"/>
        </w:rPr>
        <w:t xml:space="preserve"> </w:t>
      </w:r>
      <w:r>
        <w:rPr>
          <w:rFonts w:ascii="Times New Roman" w:hAnsi="Times New Roman"/>
          <w:i w:val="0"/>
          <w:color w:val="000000"/>
          <w:sz w:val="32"/>
        </w:rPr>
        <w:t>Effie, did you notice...? A miracle — the projector didn't jam!</w:t>
      </w:r>
    </w:p>
    <w:p>
      <w:pPr>
        <w:pStyle w:val="StageDirection"/>
        <w:ind w:left="0" w:right="0" w:firstLine="0"/>
        <w:jc w:val="left"/>
      </w:pPr>
      <w:r>
        <w:rPr>
          <w:rFonts w:ascii="Times New Roman" w:hAnsi="Times New Roman"/>
          <w:i/>
          <w:color w:val="000000"/>
          <w:sz w:val="32"/>
        </w:rPr>
        <w:t>(She smiles, takes his arm.)</w:t>
      </w:r>
    </w:p>
    <w:p>
      <w:pPr>
        <w:pStyle w:val="StageDirection"/>
        <w:ind w:left="0" w:right="0" w:firstLine="0"/>
        <w:jc w:val="left"/>
      </w:pPr>
      <w:r>
        <w:rPr>
          <w:rFonts w:ascii="Times New Roman" w:hAnsi="Times New Roman"/>
          <w:i/>
          <w:color w:val="000000"/>
          <w:sz w:val="32"/>
        </w:rPr>
        <w:t>(To the music of ‘Corn Fields, Poppy Starred’ they walk down the stage stairs, then up the aisle to the tea in the lobby as the lights and music slowly fade.)</w:t>
      </w:r>
    </w:p>
    <w:p>
      <w:pPr>
        <w:pStyle w:val="Ending"/>
        <w:ind w:left="0" w:right="0" w:firstLine="0"/>
        <w:jc w:val="center"/>
      </w:pPr>
      <w:r>
        <w:rPr>
          <w:rFonts w:ascii="Arial" w:hAnsi="Arial"/>
          <w:b/>
          <w:color w:val="000000"/>
          <w:sz w:val="32"/>
        </w:rPr>
        <w:t>END.</w:t>
      </w:r>
    </w:p>
    <w:sectPr w:rsidR="00FC693F" w:rsidRPr="0006063C" w:rsidSect="00034616">
      <w:headerReference w:type="default" r:id="rId14"/>
      <w:footerReference w:type="default" r:id="rId16"/>
      <w:pgSz w:w="12240" w:h="15840"/>
      <w:pgMar w:top="1152" w:right="1440" w:bottom="1080" w:left="1440" w:header="504" w:footer="50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left="0" w:right="0" w:firstLine="0"/>
      <w:jc w:val="cen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left="0" w:right="0" w:firstLine="0"/>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rial" w:hAnsi="Arial"/>
        <w:color w:val="505050"/>
        <w:sz w:val="15"/>
      </w:rP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ind w:left="0" w:right="0" w:firstLine="0"/>
      <w:jc w:val="left"/>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left="0" w:right="0" w:firstLine="0"/>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Arial" w:hAnsi="Arial"/>
        <w:color w:val="505050"/>
        <w:sz w:val="15"/>
      </w:rPr>
      <w:t>FORTUNE’S WAY</w:t>
    </w:r>
    <w:r>
      <w:rPr>
        <w:rFonts w:ascii="Arial" w:hAnsi="Arial"/>
        <w:color w:val="505050"/>
        <w:sz w:val="15"/>
      </w:rPr>
      <w:tab/>
      <w:t>REVISED MANUSCRIPT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00" w:line="259" w:lineRule="auto" w:before="0"/>
      <w:ind w:firstLine="0" w:left="0" w:right="0"/>
    </w:pPr>
    <w:rPr>
      <w:rFonts w:ascii="Times New Roman" w:hAnsi="Times New Roman"/>
      <w:b w:val="0"/>
      <w:i w:val="0"/>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Heading">
    <w:name w:val="Act Heading"/>
    <w:basedOn w:val="Normal"/>
    <w:pPr>
      <w:keepNext/>
      <w:keepLines w:val="0"/>
      <w:pageBreakBefore/>
      <w:widowControl/>
      <w:spacing w:before="0" w:after="280" w:line="240" w:lineRule="auto"/>
      <w:ind w:left="0" w:right="0" w:firstLine="0"/>
      <w:jc w:val="left"/>
    </w:pPr>
    <w:rPr>
      <w:rFonts w:ascii="Arial" w:hAnsi="Arial"/>
      <w:b/>
      <w:i w:val="0"/>
      <w:color w:val="000000"/>
      <w:sz w:val="32"/>
    </w:rPr>
  </w:style>
  <w:style w:type="paragraph" w:customStyle="1" w:styleId="CharacterCue">
    <w:name w:val="Character Cue"/>
    <w:basedOn w:val="Normal"/>
    <w:pPr>
      <w:keepNext w:val="0"/>
      <w:keepLines w:val="0"/>
      <w:pageBreakBefore w:val="0"/>
      <w:widowControl/>
      <w:spacing w:before="80" w:after="100" w:line="259" w:lineRule="auto"/>
      <w:ind w:left="0" w:right="0" w:firstLine="0"/>
      <w:jc w:val="center"/>
    </w:pPr>
    <w:rPr>
      <w:rFonts w:ascii="Times New Roman" w:hAnsi="Times New Roman"/>
      <w:b w:val="0"/>
      <w:i w:val="0"/>
      <w:color w:val="000000"/>
      <w:sz w:val="32"/>
    </w:rPr>
  </w:style>
  <w:style w:type="paragraph" w:customStyle="1" w:styleId="CharacterParenthetical">
    <w:name w:val="Character Parenthetical"/>
    <w:basedOn w:val="Normal"/>
    <w:pPr>
      <w:keepNext/>
      <w:keepLines w:val="0"/>
      <w:pageBreakBefore w:val="0"/>
      <w:widowControl/>
      <w:spacing w:before="0" w:after="20" w:line="240" w:lineRule="auto"/>
      <w:ind w:left="1944" w:right="1584" w:firstLine="0"/>
    </w:pPr>
    <w:rPr>
      <w:rFonts w:ascii="Times New Roman" w:hAnsi="Times New Roman"/>
      <w:b w:val="0"/>
      <w:i/>
      <w:color w:val="1F2225"/>
      <w:sz w:val="21"/>
    </w:rPr>
  </w:style>
  <w:style w:type="paragraph" w:customStyle="1" w:styleId="Dialogue">
    <w:name w:val="Dialogue"/>
    <w:basedOn w:val="Normal"/>
    <w:pPr>
      <w:keepNext w:val="0"/>
      <w:keepLines w:val="0"/>
      <w:pageBreakBefore w:val="0"/>
      <w:widowControl/>
      <w:spacing w:before="0" w:after="120" w:line="259" w:lineRule="auto"/>
      <w:ind w:left="1224" w:right="936" w:firstLine="0"/>
    </w:pPr>
    <w:rPr>
      <w:rFonts w:ascii="Times New Roman" w:hAnsi="Times New Roman"/>
      <w:b w:val="0"/>
      <w:i w:val="0"/>
      <w:color w:val="1F2225"/>
      <w:sz w:val="23"/>
    </w:rPr>
  </w:style>
  <w:style w:type="paragraph" w:customStyle="1" w:styleId="StageDirection">
    <w:name w:val="Stage Direction"/>
    <w:basedOn w:val="Normal"/>
    <w:pPr>
      <w:keepNext w:val="0"/>
      <w:keepLines/>
      <w:pageBreakBefore w:val="0"/>
      <w:widowControl/>
      <w:spacing w:before="80" w:after="140" w:line="252" w:lineRule="auto"/>
      <w:ind w:left="0" w:right="0" w:firstLine="0"/>
    </w:pPr>
    <w:rPr>
      <w:rFonts w:ascii="Times New Roman" w:hAnsi="Times New Roman"/>
      <w:b w:val="0"/>
      <w:i/>
      <w:color w:val="000000"/>
      <w:sz w:val="32"/>
    </w:rPr>
  </w:style>
  <w:style w:type="paragraph" w:customStyle="1" w:styleId="SongLyric">
    <w:name w:val="Song Lyric"/>
    <w:basedOn w:val="Normal"/>
    <w:pPr>
      <w:keepNext w:val="0"/>
      <w:keepLines w:val="0"/>
      <w:pageBreakBefore w:val="0"/>
      <w:widowControl/>
      <w:spacing w:before="60" w:after="140" w:line="240" w:lineRule="auto"/>
      <w:ind w:left="1584" w:right="1152" w:firstLine="0"/>
    </w:pPr>
    <w:rPr>
      <w:rFonts w:ascii="Times New Roman" w:hAnsi="Times New Roman"/>
      <w:b w:val="0"/>
      <w:i w:val="0"/>
      <w:color w:val="305671"/>
      <w:sz w:val="22"/>
    </w:rPr>
  </w:style>
  <w:style w:type="paragraph" w:customStyle="1" w:styleId="SongDirection">
    <w:name w:val="Song Direction"/>
    <w:basedOn w:val="Normal"/>
    <w:pPr>
      <w:keepNext w:val="0"/>
      <w:keepLines/>
      <w:pageBreakBefore w:val="0"/>
      <w:widowControl/>
      <w:spacing w:before="100" w:after="120" w:line="240" w:lineRule="auto"/>
      <w:ind w:left="1008" w:right="1008" w:firstLine="0"/>
    </w:pPr>
    <w:rPr>
      <w:rFonts w:ascii="Times New Roman" w:hAnsi="Times New Roman"/>
      <w:b w:val="0"/>
      <w:i/>
      <w:color w:val="305671"/>
      <w:sz w:val="21"/>
    </w:rPr>
  </w:style>
  <w:style w:type="paragraph" w:customStyle="1" w:styleId="Transition">
    <w:name w:val="Transition"/>
    <w:basedOn w:val="Normal"/>
    <w:pPr>
      <w:keepNext/>
      <w:keepLines w:val="0"/>
      <w:pageBreakBefore w:val="0"/>
      <w:widowControl/>
      <w:spacing w:before="320" w:after="240" w:line="240" w:lineRule="auto"/>
      <w:ind w:left="0" w:right="0" w:firstLine="0"/>
      <w:jc w:val="center"/>
    </w:pPr>
    <w:rPr>
      <w:rFonts w:ascii="Arial" w:hAnsi="Arial"/>
      <w:b/>
      <w:i w:val="0"/>
      <w:color w:val="5B6065"/>
      <w:sz w:val="19"/>
    </w:rPr>
  </w:style>
  <w:style w:type="paragraph" w:customStyle="1" w:styleId="CastEntry">
    <w:name w:val="Cast Entry"/>
    <w:basedOn w:val="Normal"/>
    <w:pPr>
      <w:keepNext w:val="0"/>
      <w:keepLines w:val="0"/>
      <w:pageBreakBefore w:val="0"/>
      <w:widowControl/>
      <w:spacing w:before="0" w:after="180" w:line="240" w:lineRule="auto"/>
      <w:ind w:left="504" w:right="0" w:firstLine="0"/>
    </w:pPr>
    <w:rPr>
      <w:rFonts w:ascii="Times New Roman" w:hAnsi="Times New Roman"/>
      <w:b w:val="0"/>
      <w:i w:val="0"/>
      <w:color w:val="1F2225"/>
      <w:sz w:val="24"/>
    </w:rPr>
  </w:style>
  <w:style w:type="paragraph" w:customStyle="1" w:styleId="EditorialNote">
    <w:name w:val="Editorial Note"/>
    <w:basedOn w:val="Normal"/>
    <w:pPr>
      <w:keepNext w:val="0"/>
      <w:keepLines w:val="0"/>
      <w:pageBreakBefore w:val="0"/>
      <w:widowControl/>
      <w:spacing w:before="280" w:after="120" w:line="259" w:lineRule="auto"/>
      <w:ind w:left="259" w:right="259" w:firstLine="0"/>
    </w:pPr>
    <w:rPr>
      <w:rFonts w:ascii="Arial" w:hAnsi="Arial"/>
      <w:b w:val="0"/>
      <w:i w:val="0"/>
      <w:color w:val="5B6065"/>
      <w:sz w:val="19"/>
    </w:rPr>
  </w:style>
  <w:style w:type="paragraph" w:customStyle="1" w:styleId="FigureCaption">
    <w:name w:val="Figure Caption"/>
    <w:basedOn w:val="Normal"/>
    <w:pPr>
      <w:keepNext w:val="0"/>
      <w:keepLines/>
      <w:pageBreakBefore w:val="0"/>
      <w:widowControl/>
      <w:spacing w:before="80" w:after="200" w:line="240" w:lineRule="auto"/>
      <w:ind w:left="0" w:right="0" w:firstLine="0"/>
      <w:jc w:val="center"/>
    </w:pPr>
    <w:rPr>
      <w:rFonts w:ascii="Arial" w:hAnsi="Arial"/>
      <w:b w:val="0"/>
      <w:i/>
      <w:color w:val="5B6065"/>
      <w:sz w:val="17"/>
    </w:rPr>
  </w:style>
  <w:style w:type="paragraph" w:customStyle="1" w:styleId="Song">
    <w:name w:val="Song"/>
    <w:basedOn w:val="Normal"/>
    <w:pPr>
      <w:keepNext w:val="0"/>
      <w:spacing w:before="0" w:after="160" w:line="240" w:lineRule="auto"/>
      <w:ind w:firstLine="0" w:left="0" w:right="0"/>
    </w:pPr>
    <w:rPr>
      <w:rFonts w:ascii="Times New Roman" w:hAnsi="Times New Roman"/>
      <w:b w:val="0"/>
      <w:i w:val="0"/>
      <w:color w:val="000000"/>
      <w:sz w:val="32"/>
    </w:rPr>
  </w:style>
  <w:style w:type="paragraph" w:customStyle="1" w:styleId="SongTitle">
    <w:name w:val="Song Title"/>
    <w:basedOn w:val="Normal"/>
    <w:pPr>
      <w:keepNext/>
      <w:spacing w:before="200" w:after="100" w:line="240" w:lineRule="auto"/>
      <w:ind w:firstLine="0" w:left="0" w:right="0"/>
    </w:pPr>
    <w:rPr>
      <w:rFonts w:ascii="Times New Roman" w:hAnsi="Times New Roman"/>
      <w:b w:val="0"/>
      <w:i/>
      <w:color w:val="000000"/>
      <w:sz w:val="32"/>
    </w:rPr>
  </w:style>
  <w:style w:type="paragraph" w:customStyle="1" w:styleId="Ending">
    <w:name w:val="Ending"/>
    <w:basedOn w:val="Normal"/>
    <w:pPr>
      <w:keepNext w:val="0"/>
      <w:spacing w:before="360" w:after="0" w:line="240" w:lineRule="auto"/>
      <w:ind w:firstLine="0" w:left="0" w:right="0"/>
    </w:pPr>
    <w:rPr>
      <w:rFonts w:ascii="Arial" w:hAnsi="Arial"/>
      <w:b/>
      <w:i w:val="0"/>
      <w:color w:val="000000"/>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png"/><Relationship Id="rId9" Type="http://schemas.openxmlformats.org/officeDocument/2006/relationships/header" Target="header2.xml"/><Relationship Id="rId15" Type="http://schemas.openxmlformats.org/officeDocument/2006/relationships/footer" Target="footer2.xml"/><Relationship Id="rId14" Type="http://schemas.openxmlformats.org/officeDocument/2006/relationships/header" Target="header3.xml"/><Relationship Id="rId1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Fortune’s Way, or Notes on Art for Catholics (and Others)</dc:title>
  <dc:subject>Revised manuscript</dc:subject>
  <dc:creator>Steve Hauk</dc:creator>
  <cp:keywords>stage play, editorial review, The Floating Hat</cp:keywords>
  <dc:description>Formatted in the reading-edition style established for The Floating Hat.</dc:description>
  <cp:lastModifiedBy/>
  <cp:revision>1</cp:revision>
  <dcterms:created xsi:type="dcterms:W3CDTF">2013-12-23T23:15:00Z</dcterms:created>
  <dcterms:modified xsi:type="dcterms:W3CDTF">2013-12-23T23:15:00Z</dcterms:modified>
  <cp:category/>
</cp:coreProperties>
</file>